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0"/>
      </w:pPr>
      <w:r>
        <w:rPr>
          <w:b/>
          <w:color w:val="5B2C83"/>
          <w:sz w:val="44"/>
        </w:rPr>
        <w:t>MEETING MINUTES</w:t>
      </w:r>
    </w:p>
    <w:p>
      <w:pPr>
        <w:pStyle w:val="Subtitle"/>
      </w:pPr>
      <w:r>
        <w:rPr>
          <w:b/>
          <w:i w:val="0"/>
          <w:color w:val="262626"/>
          <w:sz w:val="26"/>
        </w:rPr>
        <w:t>[Organization name]: [Meeting title]</w:t>
      </w:r>
    </w:p>
    <w:p>
      <w:r>
        <w:rPr>
          <w:i/>
          <w:color w:val="595959"/>
          <w:sz w:val="18"/>
        </w:rPr>
        <w:t>How to use this template: replace every [placeholder] in square brackets, delete the rows and agenda items you do not need, and remove this note before you send the minutes.</w:t>
      </w:r>
    </w:p>
    <w:p>
      <w:pPr>
        <w:pStyle w:val="Heading1"/>
      </w:pPr>
      <w:r>
        <w:t>Meeting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Organization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[Organization or team name]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Meeting title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[For example: Weekly project meeting, Website redesign]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Date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[Month DD, YYYY]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Time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[Start time] to [End time]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Location / online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[Room or address] / [Video call platform]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Chair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[Name, role]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Minute-taker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[Name, role]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Attendees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[Name, role]; [Name, role]; [Name, role]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Excused (UK: apologies)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[Names of people who said in advance they could not attend]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Absent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[Names of people absent without notice]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Guests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[Name, organization, agenda item attended]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Quorum (if required)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[Quorum present: Yes / No / Not applicable]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Recording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[Not recorded] / [Recorded with the consent of all participants; recording to be deleted on: date]</w:t>
            </w:r>
          </w:p>
        </w:tc>
      </w:tr>
    </w:tbl>
    <w:p/>
    <w:p>
      <w:pPr>
        <w:pStyle w:val="Heading1"/>
      </w:pPr>
      <w:r>
        <w:t>Agenda</w:t>
      </w:r>
    </w:p>
    <w:p>
      <w:r>
        <w:t>1. Approval of the minutes of [date of previous meeting]</w:t>
      </w:r>
    </w:p>
    <w:p>
      <w:r>
        <w:t>2. Review of open action items</w:t>
      </w:r>
    </w:p>
    <w:p>
      <w:r>
        <w:t>3. [Agenda item]</w:t>
      </w:r>
    </w:p>
    <w:p>
      <w:r>
        <w:t>4. [Agenda item]</w:t>
      </w:r>
    </w:p>
    <w:p>
      <w:r>
        <w:t>5. Other business</w:t>
      </w:r>
    </w:p>
    <w:p>
      <w:pPr>
        <w:pStyle w:val="Heading1"/>
      </w:pPr>
      <w:r>
        <w:t>Minutes</w:t>
      </w:r>
    </w:p>
    <w:p>
      <w:pPr>
        <w:pStyle w:val="Heading2"/>
      </w:pPr>
      <w:r>
        <w:t>1. Approval of the minutes of [date of previous meeting]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Discussion summary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[Corrections requested, and by whom. Write "None" if there were none.]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Decision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The minutes of [date] were approved [as circulated / as corrected].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Action items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[None] / [Minute-taker to file the approved version]</w:t>
            </w:r>
          </w:p>
        </w:tc>
      </w:tr>
    </w:tbl>
    <w:p/>
    <w:p>
      <w:pPr>
        <w:pStyle w:val="Heading2"/>
      </w:pPr>
      <w:r>
        <w:t>2. Review of open action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Discussion summary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[Status of each open action from the last meeting: done, in progress, overdue, dropped.]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Decision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For example: Action [number] carried forward to [new due date].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Action items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[Carried-forward actions are listed in the action-item table below.]</w:t>
            </w:r>
          </w:p>
        </w:tc>
      </w:tr>
    </w:tbl>
    <w:p/>
    <w:p>
      <w:pPr>
        <w:pStyle w:val="Heading2"/>
      </w:pPr>
      <w:r>
        <w:t>3. [Agenda item]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Discussion summary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[Two to five neutral sentences: the main points raised and any options considered. Record the outcome, not every remark.]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Decision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[What was agreed, in one clear sentence.] If no decision was made: Deferred to [date] because [reason].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Action items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[Action] / Owner: [Name] / Due: [Date]</w:t>
            </w:r>
          </w:p>
        </w:tc>
      </w:tr>
    </w:tbl>
    <w:p/>
    <w:p>
      <w:pPr>
        <w:pStyle w:val="Heading2"/>
      </w:pPr>
      <w:r>
        <w:t>4. [Agenda item]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Discussion summary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[Summary]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Decision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[Decision or "No decision required"]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Action items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[Action] / Owner: [Name] / Due: [Date]</w:t>
            </w:r>
          </w:p>
        </w:tc>
      </w:tr>
    </w:tbl>
    <w:p/>
    <w:p>
      <w:pPr>
        <w:pStyle w:val="Heading2"/>
      </w:pPr>
      <w:r>
        <w:t>5. Other business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Discussion summary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[Items raised that were not on the agenda.]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Decision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[Decision, or item added to the next agenda]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Action items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[Action] / Owner: [Name] / Due: [Date]</w:t>
            </w:r>
          </w:p>
        </w:tc>
      </w:tr>
    </w:tbl>
    <w:p/>
    <w:p>
      <w:pPr>
        <w:pStyle w:val="Heading1"/>
      </w:pPr>
      <w:r>
        <w:t>Action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cantSplit w:val="true"/>
        </w:trPr>
        <w:tc>
          <w:tcPr>
            <w:tcW w:type="dxa" w:w="576"/>
            <w:shd w:val="clear" w:color="auto" w:fill="5B2C83"/>
          </w:tcPr>
          <w:p>
            <w:pPr>
              <w:spacing w:after="40"/>
            </w:pPr>
            <w:r/>
            <w:r>
              <w:rPr>
                <w:b/>
                <w:color w:val="FFFFFF"/>
              </w:rPr>
              <w:t>No.</w:t>
            </w:r>
          </w:p>
        </w:tc>
        <w:tc>
          <w:tcPr>
            <w:tcW w:type="dxa" w:w="3672"/>
            <w:shd w:val="clear" w:color="auto" w:fill="5B2C83"/>
          </w:tcPr>
          <w:p>
            <w:pPr>
              <w:spacing w:after="40"/>
            </w:pPr>
            <w:r/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1584"/>
            <w:shd w:val="clear" w:color="auto" w:fill="5B2C83"/>
          </w:tcPr>
          <w:p>
            <w:pPr>
              <w:spacing w:after="40"/>
            </w:pPr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1368"/>
            <w:shd w:val="clear" w:color="auto" w:fill="5B2C83"/>
          </w:tcPr>
          <w:p>
            <w:pPr>
              <w:spacing w:after="40"/>
            </w:pPr>
            <w:r/>
            <w:r>
              <w:rPr>
                <w:b/>
                <w:color w:val="FFFFFF"/>
              </w:rPr>
              <w:t>Due date</w:t>
            </w:r>
          </w:p>
        </w:tc>
        <w:tc>
          <w:tcPr>
            <w:tcW w:type="dxa" w:w="2160"/>
            <w:shd w:val="clear" w:color="auto" w:fill="5B2C83"/>
          </w:tcPr>
          <w:p>
            <w:pPr>
              <w:spacing w:after="40"/>
            </w:pPr>
            <w:r/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576"/>
          </w:tcPr>
          <w:p>
            <w:pPr>
              <w:spacing w:after="40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3672"/>
          </w:tcPr>
          <w:p>
            <w:pPr>
              <w:spacing w:after="40"/>
            </w:pPr>
            <w:r/>
            <w:r>
              <w:rPr>
                <w:b w:val="0"/>
              </w:rPr>
              <w:t>[Start with a verb: Send, Draft, Book, Confirm...]</w:t>
            </w:r>
          </w:p>
        </w:tc>
        <w:tc>
          <w:tcPr>
            <w:tcW w:type="dxa" w:w="1584"/>
          </w:tcPr>
          <w:p>
            <w:pPr>
              <w:spacing w:after="40"/>
            </w:pPr>
            <w:r/>
            <w:r>
              <w:rPr>
                <w:b w:val="0"/>
              </w:rPr>
              <w:t>[Name]</w:t>
            </w:r>
          </w:p>
        </w:tc>
        <w:tc>
          <w:tcPr>
            <w:tcW w:type="dxa" w:w="1368"/>
          </w:tcPr>
          <w:p>
            <w:pPr>
              <w:spacing w:after="40"/>
            </w:pPr>
            <w:r/>
            <w:r>
              <w:rPr>
                <w:b w:val="0"/>
              </w:rPr>
              <w:t>[Month DD]</w:t>
            </w:r>
          </w:p>
        </w:tc>
        <w:tc>
          <w:tcPr>
            <w:tcW w:type="dxa" w:w="2160"/>
          </w:tcPr>
          <w:p>
            <w:pPr>
              <w:spacing w:after="40"/>
            </w:pPr>
            <w:r/>
            <w:r>
              <w:rPr>
                <w:b w:val="0"/>
              </w:rPr>
              <w:t>[Open / In progress / Done]</w:t>
            </w:r>
          </w:p>
        </w:tc>
      </w:tr>
      <w:tr>
        <w:trPr>
          <w:cantSplit w:val="true"/>
        </w:trPr>
        <w:tc>
          <w:tcPr>
            <w:tcW w:type="dxa" w:w="576"/>
          </w:tcPr>
          <w:p>
            <w:pPr>
              <w:spacing w:after="40"/>
            </w:pPr>
            <w:r/>
            <w:r>
              <w:rPr>
                <w:b w:val="0"/>
              </w:rPr>
              <w:t>2</w:t>
            </w:r>
          </w:p>
        </w:tc>
        <w:tc>
          <w:tcPr>
            <w:tcW w:type="dxa" w:w="3672"/>
          </w:tcPr>
          <w:p>
            <w:pPr>
              <w:spacing w:after="40"/>
            </w:pPr>
            <w:r/>
            <w:r>
              <w:rPr>
                <w:b w:val="0"/>
              </w:rPr>
              <w:t>[Action]</w:t>
            </w:r>
          </w:p>
        </w:tc>
        <w:tc>
          <w:tcPr>
            <w:tcW w:type="dxa" w:w="1584"/>
          </w:tcPr>
          <w:p>
            <w:pPr>
              <w:spacing w:after="40"/>
            </w:pPr>
            <w:r/>
            <w:r>
              <w:rPr>
                <w:b w:val="0"/>
              </w:rPr>
              <w:t>[Name]</w:t>
            </w:r>
          </w:p>
        </w:tc>
        <w:tc>
          <w:tcPr>
            <w:tcW w:type="dxa" w:w="1368"/>
          </w:tcPr>
          <w:p>
            <w:pPr>
              <w:spacing w:after="40"/>
            </w:pPr>
            <w:r/>
            <w:r>
              <w:rPr>
                <w:b w:val="0"/>
              </w:rPr>
              <w:t>[Month DD]</w:t>
            </w:r>
          </w:p>
        </w:tc>
        <w:tc>
          <w:tcPr>
            <w:tcW w:type="dxa" w:w="2160"/>
          </w:tcPr>
          <w:p>
            <w:pPr>
              <w:spacing w:after="40"/>
            </w:pPr>
            <w:r/>
            <w:r>
              <w:rPr>
                <w:b w:val="0"/>
              </w:rPr>
              <w:t>[Status]</w:t>
            </w:r>
          </w:p>
        </w:tc>
      </w:tr>
      <w:tr>
        <w:trPr>
          <w:cantSplit w:val="true"/>
        </w:trPr>
        <w:tc>
          <w:tcPr>
            <w:tcW w:type="dxa" w:w="576"/>
          </w:tcPr>
          <w:p>
            <w:pPr>
              <w:spacing w:after="40"/>
            </w:pPr>
            <w:r/>
            <w:r>
              <w:rPr>
                <w:b w:val="0"/>
              </w:rPr>
              <w:t>3</w:t>
            </w:r>
          </w:p>
        </w:tc>
        <w:tc>
          <w:tcPr>
            <w:tcW w:type="dxa" w:w="3672"/>
          </w:tcPr>
          <w:p>
            <w:pPr>
              <w:spacing w:after="40"/>
            </w:pPr>
            <w:r/>
            <w:r>
              <w:rPr>
                <w:b w:val="0"/>
              </w:rPr>
              <w:t>[Action]</w:t>
            </w:r>
          </w:p>
        </w:tc>
        <w:tc>
          <w:tcPr>
            <w:tcW w:type="dxa" w:w="1584"/>
          </w:tcPr>
          <w:p>
            <w:pPr>
              <w:spacing w:after="40"/>
            </w:pPr>
            <w:r/>
            <w:r>
              <w:rPr>
                <w:b w:val="0"/>
              </w:rPr>
              <w:t>[Name]</w:t>
            </w:r>
          </w:p>
        </w:tc>
        <w:tc>
          <w:tcPr>
            <w:tcW w:type="dxa" w:w="1368"/>
          </w:tcPr>
          <w:p>
            <w:pPr>
              <w:spacing w:after="40"/>
            </w:pPr>
            <w:r/>
            <w:r>
              <w:rPr>
                <w:b w:val="0"/>
              </w:rPr>
              <w:t>[Month DD]</w:t>
            </w:r>
          </w:p>
        </w:tc>
        <w:tc>
          <w:tcPr>
            <w:tcW w:type="dxa" w:w="2160"/>
          </w:tcPr>
          <w:p>
            <w:pPr>
              <w:spacing w:after="40"/>
            </w:pPr>
            <w:r/>
            <w:r>
              <w:rPr>
                <w:b w:val="0"/>
              </w:rPr>
              <w:t>[Status]</w:t>
            </w:r>
          </w:p>
        </w:tc>
      </w:tr>
      <w:tr>
        <w:trPr>
          <w:cantSplit w:val="true"/>
        </w:trPr>
        <w:tc>
          <w:tcPr>
            <w:tcW w:type="dxa" w:w="576"/>
          </w:tcPr>
          <w:p>
            <w:pPr>
              <w:spacing w:after="40"/>
            </w:pPr>
            <w:r/>
            <w:r>
              <w:rPr>
                <w:b w:val="0"/>
              </w:rPr>
              <w:t>4</w:t>
            </w:r>
          </w:p>
        </w:tc>
        <w:tc>
          <w:tcPr>
            <w:tcW w:type="dxa" w:w="3672"/>
          </w:tcPr>
          <w:p>
            <w:pPr>
              <w:spacing w:after="40"/>
            </w:pPr>
            <w:r/>
            <w:r>
              <w:rPr>
                <w:b w:val="0"/>
              </w:rPr>
              <w:t>[Action]</w:t>
            </w:r>
          </w:p>
        </w:tc>
        <w:tc>
          <w:tcPr>
            <w:tcW w:type="dxa" w:w="1584"/>
          </w:tcPr>
          <w:p>
            <w:pPr>
              <w:spacing w:after="40"/>
            </w:pPr>
            <w:r/>
            <w:r>
              <w:rPr>
                <w:b w:val="0"/>
              </w:rPr>
              <w:t>[Name]</w:t>
            </w:r>
          </w:p>
        </w:tc>
        <w:tc>
          <w:tcPr>
            <w:tcW w:type="dxa" w:w="1368"/>
          </w:tcPr>
          <w:p>
            <w:pPr>
              <w:spacing w:after="40"/>
            </w:pPr>
            <w:r/>
            <w:r>
              <w:rPr>
                <w:b w:val="0"/>
              </w:rPr>
              <w:t>[Month DD]</w:t>
            </w:r>
          </w:p>
        </w:tc>
        <w:tc>
          <w:tcPr>
            <w:tcW w:type="dxa" w:w="2160"/>
          </w:tcPr>
          <w:p>
            <w:pPr>
              <w:spacing w:after="40"/>
            </w:pPr>
            <w:r/>
            <w:r>
              <w:rPr>
                <w:b w:val="0"/>
              </w:rPr>
              <w:t>[Status]</w:t>
            </w:r>
          </w:p>
        </w:tc>
      </w:tr>
      <w:tr>
        <w:trPr>
          <w:cantSplit w:val="true"/>
        </w:trPr>
        <w:tc>
          <w:tcPr>
            <w:tcW w:type="dxa" w:w="576"/>
          </w:tcPr>
          <w:p>
            <w:pPr>
              <w:spacing w:after="40"/>
            </w:pPr>
            <w:r/>
            <w:r>
              <w:rPr>
                <w:b w:val="0"/>
              </w:rPr>
              <w:t>5</w:t>
            </w:r>
          </w:p>
        </w:tc>
        <w:tc>
          <w:tcPr>
            <w:tcW w:type="dxa" w:w="3672"/>
          </w:tcPr>
          <w:p>
            <w:pPr>
              <w:spacing w:after="40"/>
            </w:pPr>
            <w:r/>
            <w:r>
              <w:rPr>
                <w:b w:val="0"/>
              </w:rPr>
              <w:t>[Action]</w:t>
            </w:r>
          </w:p>
        </w:tc>
        <w:tc>
          <w:tcPr>
            <w:tcW w:type="dxa" w:w="1584"/>
          </w:tcPr>
          <w:p>
            <w:pPr>
              <w:spacing w:after="40"/>
            </w:pPr>
            <w:r/>
            <w:r>
              <w:rPr>
                <w:b w:val="0"/>
              </w:rPr>
              <w:t>[Name]</w:t>
            </w:r>
          </w:p>
        </w:tc>
        <w:tc>
          <w:tcPr>
            <w:tcW w:type="dxa" w:w="1368"/>
          </w:tcPr>
          <w:p>
            <w:pPr>
              <w:spacing w:after="40"/>
            </w:pPr>
            <w:r/>
            <w:r>
              <w:rPr>
                <w:b w:val="0"/>
              </w:rPr>
              <w:t>[Month DD]</w:t>
            </w:r>
          </w:p>
        </w:tc>
        <w:tc>
          <w:tcPr>
            <w:tcW w:type="dxa" w:w="2160"/>
          </w:tcPr>
          <w:p>
            <w:pPr>
              <w:spacing w:after="40"/>
            </w:pPr>
            <w:r/>
            <w:r>
              <w:rPr>
                <w:b w:val="0"/>
              </w:rPr>
              <w:t>[Status]</w:t>
            </w:r>
          </w:p>
        </w:tc>
      </w:tr>
      <w:tr>
        <w:trPr>
          <w:cantSplit w:val="true"/>
        </w:trPr>
        <w:tc>
          <w:tcPr>
            <w:tcW w:type="dxa" w:w="576"/>
          </w:tcPr>
          <w:p>
            <w:pPr>
              <w:spacing w:after="40"/>
            </w:pPr>
            <w:r/>
            <w:r>
              <w:rPr>
                <w:b w:val="0"/>
              </w:rPr>
              <w:t>6</w:t>
            </w:r>
          </w:p>
        </w:tc>
        <w:tc>
          <w:tcPr>
            <w:tcW w:type="dxa" w:w="3672"/>
          </w:tcPr>
          <w:p>
            <w:pPr>
              <w:spacing w:after="40"/>
            </w:pPr>
            <w:r/>
            <w:r>
              <w:rPr>
                <w:b w:val="0"/>
              </w:rPr>
              <w:t>[Action]</w:t>
            </w:r>
          </w:p>
        </w:tc>
        <w:tc>
          <w:tcPr>
            <w:tcW w:type="dxa" w:w="1584"/>
          </w:tcPr>
          <w:p>
            <w:pPr>
              <w:spacing w:after="40"/>
            </w:pPr>
            <w:r/>
            <w:r>
              <w:rPr>
                <w:b w:val="0"/>
              </w:rPr>
              <w:t>[Name]</w:t>
            </w:r>
          </w:p>
        </w:tc>
        <w:tc>
          <w:tcPr>
            <w:tcW w:type="dxa" w:w="1368"/>
          </w:tcPr>
          <w:p>
            <w:pPr>
              <w:spacing w:after="40"/>
            </w:pPr>
            <w:r/>
            <w:r>
              <w:rPr>
                <w:b w:val="0"/>
              </w:rPr>
              <w:t>[Month DD]</w:t>
            </w:r>
          </w:p>
        </w:tc>
        <w:tc>
          <w:tcPr>
            <w:tcW w:type="dxa" w:w="2160"/>
          </w:tcPr>
          <w:p>
            <w:pPr>
              <w:spacing w:after="40"/>
            </w:pPr>
            <w:r/>
            <w:r>
              <w:rPr>
                <w:b w:val="0"/>
              </w:rPr>
              <w:t>[Status]</w:t>
            </w:r>
          </w:p>
        </w:tc>
      </w:tr>
    </w:tbl>
    <w:p/>
    <w:p>
      <w:pPr>
        <w:pStyle w:val="Heading1"/>
      </w:pPr>
      <w:r>
        <w:t>Next meeting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Date and time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[Month DD, YYYY], [Start time] to [End time]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Location / online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[Room or address] / [Video call platform]</w:t>
            </w:r>
          </w:p>
        </w:tc>
      </w:tr>
      <w:tr>
        <w:trPr>
          <w:cantSplit w:val="true"/>
        </w:trPr>
        <w:tc>
          <w:tcPr>
            <w:tcW w:type="dxa" w:w="2736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Items for the agenda</w:t>
            </w:r>
          </w:p>
        </w:tc>
        <w:tc>
          <w:tcPr>
            <w:tcW w:type="dxa" w:w="6624"/>
          </w:tcPr>
          <w:p>
            <w:pPr>
              <w:spacing w:after="40"/>
            </w:pPr>
            <w:r/>
            <w:r>
              <w:rPr>
                <w:b w:val="0"/>
              </w:rPr>
              <w:t>[Carried-forward items, new topics]</w:t>
            </w:r>
          </w:p>
        </w:tc>
      </w:tr>
    </w:tbl>
    <w:p/>
    <w:p>
      <w:pPr>
        <w:pStyle w:val="Heading1"/>
      </w:pPr>
      <w:r>
        <w:t>Approval</w:t>
      </w:r>
    </w:p>
    <w:p>
      <w:r>
        <w:t>Meeting closed at: [time]</w:t>
      </w:r>
    </w:p>
    <w:p>
      <w:r>
        <w:t>Draft circulated on: [date], to: [all attendees, excused members, other recipients]</w:t>
      </w:r>
    </w:p>
    <w:p>
      <w:r>
        <w:t>Minutes approved on: [date of the meeting or email approval]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cantSplit w:val="true"/>
        </w:trPr>
        <w:tc>
          <w:tcPr>
            <w:tcW w:type="dxa" w:w="4680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Chair</w:t>
            </w:r>
          </w:p>
        </w:tc>
        <w:tc>
          <w:tcPr>
            <w:tcW w:type="dxa" w:w="4680"/>
            <w:shd w:val="clear" w:color="auto" w:fill="F1EAF7"/>
          </w:tcPr>
          <w:p>
            <w:pPr>
              <w:spacing w:after="40"/>
            </w:pPr>
            <w:r/>
            <w:r>
              <w:rPr>
                <w:b/>
              </w:rPr>
              <w:t>Minute-taker</w:t>
            </w:r>
          </w:p>
        </w:tc>
      </w:tr>
      <w:tr>
        <w:trPr>
          <w:cantSplit w:val="true"/>
        </w:trPr>
        <w:tc>
          <w:tcPr>
            <w:tcW w:type="dxa" w:w="4680"/>
          </w:tcPr>
          <w:p>
            <w:pPr>
              <w:spacing w:after="40"/>
            </w:pPr>
            <w:r/>
            <w:r>
              <w:rPr>
                <w:b w:val="0"/>
              </w:rPr>
              <w:t>Name: [Name]</w:t>
            </w:r>
          </w:p>
        </w:tc>
        <w:tc>
          <w:tcPr>
            <w:tcW w:type="dxa" w:w="4680"/>
          </w:tcPr>
          <w:p>
            <w:pPr>
              <w:spacing w:after="40"/>
            </w:pPr>
            <w:r/>
            <w:r>
              <w:rPr>
                <w:b w:val="0"/>
              </w:rPr>
              <w:t>Name: [Name]</w:t>
            </w:r>
          </w:p>
        </w:tc>
      </w:tr>
      <w:tr>
        <w:trPr>
          <w:cantSplit w:val="true"/>
        </w:trPr>
        <w:tc>
          <w:tcPr>
            <w:tcW w:type="dxa" w:w="4680"/>
          </w:tcPr>
          <w:p>
            <w:pPr>
              <w:spacing w:after="40"/>
            </w:pPr>
            <w:r/>
            <w:r>
              <w:rPr>
                <w:b w:val="0"/>
              </w:rPr>
              <w:t>Signature:</w:t>
              <w:br/>
              <w:br/>
              <w:br/>
              <w:t>Date: [Date]</w:t>
            </w:r>
          </w:p>
        </w:tc>
        <w:tc>
          <w:tcPr>
            <w:tcW w:type="dxa" w:w="4680"/>
          </w:tcPr>
          <w:p>
            <w:pPr>
              <w:spacing w:after="40"/>
            </w:pPr>
            <w:r/>
            <w:r>
              <w:rPr>
                <w:b w:val="0"/>
              </w:rPr>
              <w:t>Signature:</w:t>
              <w:br/>
              <w:br/>
              <w:br/>
              <w:t>Date: [Date]</w:t>
            </w:r>
          </w:p>
        </w:tc>
      </w:tr>
    </w:tbl>
    <w:p/>
    <w:p>
      <w:r>
        <w:rPr>
          <w:i/>
          <w:color w:val="595959"/>
          <w:sz w:val="18"/>
        </w:rPr>
        <w:t>Template by AudiosTranscribe (audiostranscribe.com). Free to use, copy and adapt.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7"/>
      </w:rPr>
      <w:t xml:space="preserve">Minutes: [Meeting title], [Date]   |   Page </w:t>
    </w:r>
    <w:r>
      <w:rPr>
        <w:color w:val="595959"/>
        <w:sz w:val="17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  <w:lang w:val="en-US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lang w:val="en-US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/>
      <w:b/>
      <w:bCs/>
      <w:color w:val="5B2C83"/>
      <w:sz w:val="30"/>
      <w:szCs w:val="28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5B2C83"/>
      <w:sz w:val="24"/>
      <w:szCs w:val="26"/>
      <w:lang w:val="en-US"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  <w:rPr>
      <w:lang w:val="en-US" w:eastAsia="en-US" w:bidi="ar-SA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lang w:val="en-US" w:eastAsia="en-US" w:bidi="ar-SA"/>
    </w:rPr>
  </w:style>
  <w:style w:type="numbering" w:default="1" w:styleId="NoList">
    <w:name w:val="No List"/>
    <w:uiPriority w:val="99"/>
    <w:semiHidden/>
    <w:unhideWhenUsed/>
    <w:rPr>
      <w:lang w:val="en-US" w:eastAsia="en-US" w:bidi="ar-SA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en-US" w:eastAsia="en-US" w:bidi="ar-SA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lang w:val="en-US" w:eastAsia="en-US" w:bidi="ar-SA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en-US" w:eastAsia="en-US"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lang w:val="en-US" w:eastAsia="en-US" w:bidi="ar-SA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n-US" w:eastAsia="en-US" w:bidi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en-US" w:eastAsia="en-US" w:bidi="ar-SA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en-US" w:eastAsia="en-US" w:bidi="ar-SA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en-US" w:eastAsia="en-US" w:bidi="ar-SA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en-US" w:eastAsia="en-US" w:bidi="ar-SA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en-US" w:eastAsia="en-US" w:bidi="ar-S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en-US" w:eastAsia="en-US" w:bidi="ar-SA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en-US" w:eastAsia="en-US" w:bidi="ar-SA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en-US" w:eastAsia="en-US" w:bidi="ar-S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en-US" w:eastAsia="en-US" w:bidi="ar-SA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en-US" w:eastAsia="en-US" w:bidi="ar-SA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en-US" w:eastAsia="en-US" w:bidi="ar-SA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en-US" w:eastAsia="en-US" w:bidi="ar-SA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en-US" w:eastAsia="en-US" w:bidi="ar-SA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US" w:eastAsia="en-US" w:bidi="ar-SA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US"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ar-S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n-US" w:eastAsia="en-US" w:bidi="ar-SA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en-US" w:eastAsia="en-US" w:bidi="ar-SA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en-US" w:eastAsia="en-US"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US"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en-US" w:eastAsia="en-US" w:bidi="ar-SA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en-US" w:eastAsia="en-US" w:bidi="ar-SA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en-US" w:eastAsia="en-US" w:bidi="ar-SA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en-US" w:eastAsia="en-US" w:bidi="ar-SA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en-US" w:eastAsia="en-US" w:bidi="ar-SA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en-US" w:eastAsia="en-US" w:bidi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en-US" w:eastAsia="en-US" w:bidi="ar-SA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lang w:val="en-US" w:eastAsia="en-US" w:bidi="ar-SA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lang w:val="en-US" w:eastAsia="en-US" w:bidi="ar-SA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lang w:val="en-US" w:eastAsia="en-US" w:bidi="ar-SA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lang w:val="en-US" w:eastAsia="en-US" w:bidi="ar-SA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lang w:val="en-US" w:eastAsia="en-US" w:bidi="ar-SA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lang w:val="en-US" w:eastAsia="en-US" w:bidi="ar-SA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lang w:val="en-US" w:eastAsia="en-US" w:bidi="ar-SA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lang w:val="en-US" w:eastAsia="en-US" w:bidi="ar-SA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lang w:val="en-US" w:eastAsia="en-US" w:bidi="ar-SA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lang w:val="en-US" w:eastAsia="en-US" w:bidi="ar-SA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lang w:val="en-US" w:eastAsia="en-US" w:bidi="ar-SA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lang w:val="en-US" w:eastAsia="en-US" w:bidi="ar-SA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lang w:val="en-US" w:eastAsia="en-US" w:bidi="ar-SA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lang w:val="en-US" w:eastAsia="en-US" w:bidi="ar-SA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lang w:val="en-US" w:eastAsia="en-US" w:bidi="ar-SA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US" w:eastAsia="en-US" w:bidi="ar-SA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US" w:eastAsia="en-US" w:bidi="ar-SA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lang w:val="en-US" w:eastAsia="en-US" w:bidi="ar-SA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lang w:val="en-US" w:eastAsia="en-US" w:bidi="ar-SA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lang w:val="en-US" w:eastAsia="en-US" w:bidi="ar-SA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lang w:val="en-US" w:eastAsia="en-US" w:bidi="ar-SA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lang w:val="en-US" w:eastAsia="en-US" w:bidi="ar-SA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lang w:val="en-US" w:eastAsia="en-US" w:bidi="ar-SA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lang w:val="en-US" w:eastAsia="en-US" w:bidi="ar-SA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lang w:val="en-US" w:eastAsia="en-US" w:bidi="ar-SA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lang w:val="en-US" w:eastAsia="en-US" w:bidi="ar-SA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lang w:val="en-US" w:eastAsia="en-US" w:bidi="ar-SA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lang w:val="en-US" w:eastAsia="en-US" w:bidi="ar-SA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lang w:val="en-US" w:eastAsia="en-US" w:bidi="ar-SA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lang w:val="en-US" w:eastAsia="en-US" w:bidi="ar-SA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lang w:val="en-US" w:eastAsia="en-US" w:bidi="ar-SA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en-US" w:eastAsia="en-US" w:bidi="ar-SA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DocSecurity>0</DocSecurity>
  <Company>AudiosTranscribe</Compan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</dc:title>
  <dc:subject>Meeting minutes</dc:subject>
  <dc:creator>AudiosTranscribe</dc:creator>
  <cp:keywords>meeting minutes template, minutes of meeting, action items</cp:keywords>
  <dc:description/>
  <cp:lastModifiedBy>AudiosTranscribe</cp:lastModifiedBy>
  <cp:revision>1</cp:revision>
  <dcterms:created xsi:type="dcterms:W3CDTF">2026-10-04T09:00:00Z</dcterms:created>
  <dcterms:modified xsi:type="dcterms:W3CDTF">2026-10-04T09:00:00Z</dcterms:modified>
  <cp:category>Template</cp:category>
  <dc:language>en-US</dc:language>
</cp:coreProperties>
</file>