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GESPRÄCHSPROTOKOLL</w:t>
      </w:r>
    </w:p>
    <w:p>
      <w:r>
        <w:rPr>
          <w:i/>
          <w:sz w:val="20"/>
        </w:rPr>
        <w:t>Alle Platzhalter in [eckigen Klammern] ersetzen. Nicht benötigte Zeilen löschen.</w:t>
      </w:r>
    </w:p>
    <w:p>
      <w:r>
        <w:rPr>
          <w:b/>
          <w:sz w:val="26"/>
        </w:rPr>
        <w:t>1. Rahmendaten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Gesprächsart</w:t>
            </w:r>
          </w:p>
        </w:tc>
        <w:tc>
          <w:tcPr>
            <w:tcW w:type="dxa" w:w="4320"/>
          </w:tcPr>
          <w:p>
            <w:r>
              <w:t>[Mitarbeitergespräch / Kundengespräch / Elterngespräch / Telefonat / Sonstiges]</w:t>
            </w:r>
          </w:p>
        </w:tc>
      </w:tr>
      <w:tr>
        <w:tc>
          <w:tcPr>
            <w:tcW w:type="dxa" w:w="4320"/>
          </w:tcPr>
          <w:p>
            <w:r>
              <w:t>Anlass und Ziel</w:t>
            </w:r>
          </w:p>
        </w:tc>
        <w:tc>
          <w:tcPr>
            <w:tcW w:type="dxa" w:w="4320"/>
          </w:tcPr>
          <w:p>
            <w:r>
              <w:t>[Worum geht es, was soll am Ende feststehen?]</w:t>
            </w:r>
          </w:p>
        </w:tc>
      </w:tr>
      <w:tr>
        <w:tc>
          <w:tcPr>
            <w:tcW w:type="dxa" w:w="4320"/>
          </w:tcPr>
          <w:p>
            <w:r>
              <w:t>Datum, Uhrzeit</w:t>
            </w:r>
          </w:p>
        </w:tc>
        <w:tc>
          <w:tcPr>
            <w:tcW w:type="dxa" w:w="4320"/>
          </w:tcPr>
          <w:p>
            <w:r>
              <w:t>[TT.MM.JJJJ], [Beginn] bis [Ende] Uhr</w:t>
            </w:r>
          </w:p>
        </w:tc>
      </w:tr>
      <w:tr>
        <w:tc>
          <w:tcPr>
            <w:tcW w:type="dxa" w:w="4320"/>
          </w:tcPr>
          <w:p>
            <w:r>
              <w:t>Ort</w:t>
            </w:r>
          </w:p>
        </w:tc>
        <w:tc>
          <w:tcPr>
            <w:tcW w:type="dxa" w:w="4320"/>
          </w:tcPr>
          <w:p>
            <w:r>
              <w:t>[Raum / Telefon / Videokonferenz]</w:t>
            </w:r>
          </w:p>
        </w:tc>
      </w:tr>
      <w:tr>
        <w:tc>
          <w:tcPr>
            <w:tcW w:type="dxa" w:w="4320"/>
          </w:tcPr>
          <w:p>
            <w:r>
              <w:t>Teilnehmende</w:t>
            </w:r>
          </w:p>
        </w:tc>
        <w:tc>
          <w:tcPr>
            <w:tcW w:type="dxa" w:w="4320"/>
          </w:tcPr>
          <w:p>
            <w:r>
              <w:t>[Name, Funktion]; [Name, Funktion]</w:t>
            </w:r>
          </w:p>
        </w:tc>
      </w:tr>
      <w:tr>
        <w:tc>
          <w:tcPr>
            <w:tcW w:type="dxa" w:w="4320"/>
          </w:tcPr>
          <w:p>
            <w:r>
              <w:t>Protokollführung</w:t>
            </w:r>
          </w:p>
        </w:tc>
        <w:tc>
          <w:tcPr>
            <w:tcW w:type="dxa" w:w="4320"/>
          </w:tcPr>
          <w:p>
            <w:r>
              <w:t>[Name]</w:t>
            </w:r>
          </w:p>
        </w:tc>
      </w:tr>
      <w:tr>
        <w:tc>
          <w:tcPr>
            <w:tcW w:type="dxa" w:w="4320"/>
          </w:tcPr>
          <w:p>
            <w:r>
              <w:t>Aufzeichnung</w:t>
            </w:r>
          </w:p>
        </w:tc>
        <w:tc>
          <w:tcPr>
            <w:tcW w:type="dxa" w:w="4320"/>
          </w:tcPr>
          <w:p>
            <w:r>
              <w:t>[Nein / Ja, mit Einwilligung aller Beteiligten; Aufnahme wird nach Freigabe gelöscht]</w:t>
            </w:r>
          </w:p>
        </w:tc>
      </w:tr>
    </w:tbl>
    <w:p/>
    <w:p>
      <w:r>
        <w:rPr>
          <w:b/>
          <w:sz w:val="26"/>
        </w:rPr>
        <w:t>2. Besprochene Themen</w:t>
      </w:r>
    </w:p>
    <w:p>
      <w:r>
        <w:rPr>
          <w:b/>
        </w:rPr>
        <w:t>Thema 1: [Titel]</w:t>
      </w:r>
    </w:p>
    <w:p>
      <w:r>
        <w:t>Kernaussagen: [sachlich, im Präsens, Aussagen in indirekter Rede; z. B. „Frau X erklärt, ...“]</w:t>
      </w:r>
    </w:p>
    <w:p>
      <w:r>
        <w:t>Ergebnis: [Was wurde vereinbart oder geklärt? Falls offen: „Offen, wird bis ... geklärt.“]</w:t>
      </w:r>
    </w:p>
    <w:p>
      <w:r>
        <w:rPr>
          <w:b/>
        </w:rPr>
        <w:t>Thema 2: [Titel]</w:t>
      </w:r>
    </w:p>
    <w:p>
      <w:r>
        <w:t>Kernaussagen: [sachlich, im Präsens, Aussagen in indirekter Rede; z. B. „Frau X erklärt, ...“]</w:t>
      </w:r>
    </w:p>
    <w:p>
      <w:r>
        <w:t>Ergebnis: [Was wurde vereinbart oder geklärt? Falls offen: „Offen, wird bis ... geklärt.“]</w:t>
      </w:r>
    </w:p>
    <w:p>
      <w:r>
        <w:rPr>
          <w:b/>
        </w:rPr>
        <w:t>Thema 3: [Titel]</w:t>
      </w:r>
    </w:p>
    <w:p>
      <w:r>
        <w:t>Kernaussagen: [sachlich, im Präsens, Aussagen in indirekter Rede; z. B. „Frau X erklärt, ...“]</w:t>
      </w:r>
    </w:p>
    <w:p>
      <w:r>
        <w:t>Ergebnis: [Was wurde vereinbart oder geklärt? Falls offen: „Offen, wird bis ... geklärt.“]</w:t>
      </w:r>
    </w:p>
    <w:p>
      <w:r>
        <w:t>[Weitere Themen nach Bedarf ergänzen.]</w:t>
      </w:r>
    </w:p>
    <w:p>
      <w:r>
        <w:rPr>
          <w:b/>
          <w:sz w:val="26"/>
        </w:rPr>
        <w:t>3. Vereinbarungen und Aufgaben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Nr.</w:t>
            </w:r>
          </w:p>
        </w:tc>
        <w:tc>
          <w:tcPr>
            <w:tcW w:type="dxa" w:w="2160"/>
          </w:tcPr>
          <w:p>
            <w:r>
              <w:rPr>
                <w:b/>
              </w:rPr>
              <w:t>Was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Wer</w:t>
            </w:r>
          </w:p>
        </w:tc>
        <w:tc>
          <w:tcPr>
            <w:tcW w:type="dxa" w:w="2160"/>
          </w:tcPr>
          <w:p>
            <w:r>
              <w:rPr>
                <w:b/>
              </w:rPr>
              <w:t>Bis wann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[Aufgabe, beginnt mit einem Verb]</w:t>
            </w:r>
          </w:p>
        </w:tc>
        <w:tc>
          <w:tcPr>
            <w:tcW w:type="dxa" w:w="2160"/>
          </w:tcPr>
          <w:p>
            <w:r>
              <w:t>[Name]</w:t>
            </w:r>
          </w:p>
        </w:tc>
        <w:tc>
          <w:tcPr>
            <w:tcW w:type="dxa" w:w="2160"/>
          </w:tcPr>
          <w:p>
            <w:r>
              <w:t>[TT.MM.JJJJ]</w:t>
            </w:r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[Aufgabe]</w:t>
            </w:r>
          </w:p>
        </w:tc>
        <w:tc>
          <w:tcPr>
            <w:tcW w:type="dxa" w:w="2160"/>
          </w:tcPr>
          <w:p>
            <w:r>
              <w:t>[Name]</w:t>
            </w:r>
          </w:p>
        </w:tc>
        <w:tc>
          <w:tcPr>
            <w:tcW w:type="dxa" w:w="2160"/>
          </w:tcPr>
          <w:p>
            <w:r>
              <w:t>[TT.MM.JJJJ]</w:t>
            </w:r>
          </w:p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[Aufgabe]</w:t>
            </w:r>
          </w:p>
        </w:tc>
        <w:tc>
          <w:tcPr>
            <w:tcW w:type="dxa" w:w="2160"/>
          </w:tcPr>
          <w:p>
            <w:r>
              <w:t>[Name]</w:t>
            </w:r>
          </w:p>
        </w:tc>
        <w:tc>
          <w:tcPr>
            <w:tcW w:type="dxa" w:w="2160"/>
          </w:tcPr>
          <w:p>
            <w:r>
              <w:t>[TT.MM.JJJJ]</w:t>
            </w:r>
          </w:p>
        </w:tc>
      </w:tr>
    </w:tbl>
    <w:p/>
    <w:p>
      <w:r>
        <w:rPr>
          <w:b/>
          <w:sz w:val="26"/>
        </w:rPr>
        <w:t>4. Offene Punkte</w:t>
      </w:r>
    </w:p>
    <w:p>
      <w:r>
        <w:t>[Punkte, die nicht abschließend geklärt wurden, mit nächstem Schritt]</w:t>
      </w:r>
    </w:p>
    <w:p>
      <w:r>
        <w:rPr>
          <w:b/>
          <w:sz w:val="26"/>
        </w:rPr>
        <w:t>5. Nächster Termin</w:t>
      </w:r>
    </w:p>
    <w:p>
      <w:r>
        <w:t>[Datum, Uhrzeit, Ort] / [kein Folgetermin vereinbart]</w:t>
      </w:r>
    </w:p>
    <w:p>
      <w:r>
        <w:rPr>
          <w:b/>
          <w:sz w:val="26"/>
        </w:rPr>
        <w:t>6. Ergänzungen oder Stellungnahme</w:t>
      </w:r>
    </w:p>
    <w:p>
      <w:r>
        <w:t>[Raum für Anmerkungen der Gesprächspartnerin oder des Gesprächspartners, falls sie oder er mit einer Darstellung nicht einverstanden ist]</w:t>
      </w:r>
    </w:p>
    <w:p>
      <w:r>
        <w:rPr>
          <w:b/>
          <w:sz w:val="26"/>
        </w:rPr>
        <w:t>7. Kenntnisnahme</w:t>
      </w:r>
    </w:p>
    <w:p>
      <w:r>
        <w:t>Protokoll erstellt am [TT.MM.JJJJ] von [Name]. Korrekturen bitte bis [TT.MM.JJJJ].</w:t>
      </w:r>
    </w:p>
    <w:p/>
    <w:p>
      <w:r>
        <w:t>_____________________________</w:t>
        <w:tab/>
        <w:tab/>
        <w:t>_____________________________</w:t>
      </w:r>
    </w:p>
    <w:p>
      <w:r>
        <w:t>[Ort, Datum, Name]</w:t>
        <w:tab/>
        <w:tab/>
        <w:tab/>
        <w:tab/>
        <w:tab/>
        <w:t>[Ort, Datum, Name]</w:t>
      </w:r>
    </w:p>
    <w:p>
      <w:r>
        <w:rPr>
          <w:i/>
          <w:sz w:val="18"/>
        </w:rPr>
        <w:t>Eine Unterschrift bestätigt in der Regel die Kenntnisnahme, nicht zwingend die inhaltliche Zustimmung. Was bei Ihnen gilt, regeln interne Vorgaben.</w:t>
      </w:r>
    </w:p>
    <w:p/>
    <w:p>
      <w:r>
        <w:rPr>
          <w:i/>
          <w:color w:val="808080"/>
          <w:sz w:val="16"/>
        </w:rPr>
        <w:t>Vorlage von AudiosTranscribe, audiostranscribe.com/de/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