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E1E1E"/>
          <w:sz w:val="32"/>
        </w:rPr>
        <w:t>BESPRECHUNGSPROTOKOLL</w:t>
      </w:r>
    </w:p>
    <w:p>
      <w:pPr>
        <w:spacing w:after="40"/>
        <w:jc w:val="center"/>
      </w:pPr>
      <w:r>
        <w:rPr>
          <w:sz w:val="24"/>
        </w:rPr>
        <w:t>[Titel der Besprechung]</w:t>
      </w:r>
    </w:p>
    <w:p>
      <w:pPr>
        <w:spacing w:after="200"/>
        <w:jc w:val="center"/>
      </w:pPr>
      <w:r>
        <w:rPr>
          <w:color w:val="787878"/>
          <w:sz w:val="20"/>
        </w:rPr>
        <w:t>Protokollart: [Ergebnisprotokoll / Verlaufsprotokoll]</w:t>
      </w:r>
    </w:p>
    <w:p>
      <w:pPr>
        <w:pStyle w:val="Heading1"/>
        <w:pBdr>
          <w:bottom w:val="single" w:sz="6" w:space="1" w:color="8B46C1"/>
        </w:pBdr>
      </w:pPr>
      <w:r>
        <w:t>Rahmendaten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Titel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[Titel der Besprechung, z. B. Projektbesprechung Website]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Datum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[TT.MM.JJJJ]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Uhrzeit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[Beginn] bis [Ende] Uhr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Ort / Online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[Raum, Adresse oder Videokonferenz-Tool]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Leitung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[Name, Funktion]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Protokollführung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[Name, Funktion]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Teilnehmende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[Name, Funktion]; [Name, Funktion]; [Name, Funktion]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Abwesende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[Name] (entschuldigt); [Name]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Gäste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[Name, Organisation, bei welchem TOP anwesend]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Aufzeichnung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[Nein / Ja, mit Einwilligung aller Teilnehmenden, nur als Hilfe für das Protokoll]</w:t>
            </w:r>
          </w:p>
        </w:tc>
      </w:tr>
    </w:tbl>
    <w:p>
      <w:pPr>
        <w:spacing w:after="0" w:line="120" w:lineRule="exact"/>
      </w:pPr>
    </w:p>
    <w:p>
      <w:pPr>
        <w:pStyle w:val="Heading1"/>
        <w:pBdr>
          <w:bottom w:val="single" w:sz="6" w:space="1" w:color="8B46C1"/>
        </w:pBdr>
      </w:pPr>
      <w:r>
        <w:t>Tagesordnung</w:t>
      </w:r>
    </w:p>
    <w:p>
      <w:pPr>
        <w:spacing w:after="40"/>
      </w:pPr>
      <w:r>
        <w:rPr/>
        <w:t>TOP 1: Genehmigung des Protokolls vom [Datum]</w:t>
      </w:r>
    </w:p>
    <w:p>
      <w:pPr>
        <w:spacing w:after="40"/>
      </w:pPr>
      <w:r>
        <w:rPr/>
        <w:t>TOP 2: [Thema]</w:t>
      </w:r>
    </w:p>
    <w:p>
      <w:pPr>
        <w:spacing w:after="40"/>
      </w:pPr>
      <w:r>
        <w:rPr/>
        <w:t>TOP 3: [Thema]</w:t>
      </w:r>
    </w:p>
    <w:p>
      <w:pPr>
        <w:spacing w:after="40"/>
      </w:pPr>
      <w:r>
        <w:rPr/>
        <w:t>TOP 4: [Thema]</w:t>
      </w:r>
    </w:p>
    <w:p>
      <w:pPr>
        <w:spacing w:after="40"/>
      </w:pPr>
      <w:r>
        <w:rPr/>
        <w:t>TOP 5: Verschiedenes</w:t>
      </w:r>
    </w:p>
    <w:p>
      <w:pPr>
        <w:pStyle w:val="Heading1"/>
        <w:pBdr>
          <w:bottom w:val="single" w:sz="6" w:space="1" w:color="8B46C1"/>
        </w:pBdr>
      </w:pPr>
      <w:r>
        <w:t>Besprechungspunkte</w:t>
      </w:r>
    </w:p>
    <w:p>
      <w:pPr>
        <w:pStyle w:val="Heading2"/>
      </w:pPr>
      <w:r>
        <w:t>TOP 1: Genehmigung des Protokolls vom [Datum]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Diskussion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[Änderungswünsche, von wem]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Ergebnis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[Protokoll genehmigt / mit folgenden Änderungen genehmigt: ...]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Beschluss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[entfällt / Beschlusstext]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TOP 2: [Thema]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Diskussion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[Kurze, neutrale Zusammenfassung der wichtigsten Positionen. Im Verlaufsprotokoll in indirekter Rede, z. B.: Frau [Name] gibt zu bedenken, dass der Termin knapp sei.]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Ergebnis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[Was wurde festgestellt oder vereinbart?]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Beschluss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[Wortlaut des Beschlusses; ggf. Abstimmung: dafür [__], dagegen [__], Enthaltungen [__]]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TOP 3: [Thema]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Diskussion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[Zusammenfassung]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Ergebnis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[Ergebnis]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Beschluss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[Beschluss / kein Beschluss, vertagt auf [Datum]]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TOP 4: [Thema]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Diskussion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[Zusammenfassung]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Ergebnis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[Ergebnis]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Beschluss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[Beschluss]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TOP 5: Verschiedenes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Diskussion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[Hinweise, Fragen, Informationen]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Ergebnis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[Ergebnis]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Beschluss</w:t>
            </w:r>
          </w:p>
        </w:tc>
        <w:tc>
          <w:tcPr>
            <w:tcW w:type="dxa" w:w="7087"/>
          </w:tcPr>
          <w:p>
            <w:pPr>
              <w:spacing w:after="40"/>
            </w:pPr>
            <w:r/>
            <w:r>
              <w:rPr>
                <w:sz w:val="21"/>
              </w:rPr>
              <w:t>[entfällt / Beschluss]</w:t>
            </w:r>
          </w:p>
        </w:tc>
      </w:tr>
    </w:tbl>
    <w:p>
      <w:pPr>
        <w:spacing w:after="0" w:line="120" w:lineRule="exact"/>
      </w:pPr>
    </w:p>
    <w:p>
      <w:pPr>
        <w:pStyle w:val="Heading1"/>
        <w:pBdr>
          <w:bottom w:val="single" w:sz="6" w:space="1" w:color="8B46C1"/>
        </w:pBdr>
      </w:pPr>
      <w:r>
        <w:t>Aufgabenliste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rPr>
          <w:cantSplit/>
        </w:trPr>
        <w:tc>
          <w:tcPr>
            <w:tcW w:type="dxa" w:w="567"/>
            <w:shd w:val="clear" w:color="auto" w:fill="EDE4F5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Nr.</w:t>
            </w:r>
          </w:p>
        </w:tc>
        <w:tc>
          <w:tcPr>
            <w:tcW w:type="dxa" w:w="3402"/>
            <w:shd w:val="clear" w:color="auto" w:fill="EDE4F5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Aufgabe</w:t>
            </w:r>
          </w:p>
        </w:tc>
        <w:tc>
          <w:tcPr>
            <w:tcW w:type="dxa" w:w="1814"/>
            <w:shd w:val="clear" w:color="auto" w:fill="EDE4F5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Verantwortlich</w:t>
            </w:r>
          </w:p>
        </w:tc>
        <w:tc>
          <w:tcPr>
            <w:tcW w:type="dxa" w:w="1361"/>
            <w:shd w:val="clear" w:color="auto" w:fill="EDE4F5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Frist</w:t>
            </w:r>
          </w:p>
        </w:tc>
        <w:tc>
          <w:tcPr>
            <w:tcW w:type="dxa" w:w="1928"/>
            <w:shd w:val="clear" w:color="auto" w:fill="EDE4F5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Status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1"/>
              </w:rPr>
              <w:t>1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1"/>
              </w:rPr>
              <w:t>[Konkrete Aufgabe, beginnend mit einem Verb]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1"/>
              </w:rPr>
              <w:t>[Name]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1"/>
              </w:rPr>
              <w:t>[TT.MM.JJJJ]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1"/>
              </w:rPr>
              <w:t>[offen / in Arbeit / erledigt]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1"/>
              </w:rPr>
              <w:t>2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1"/>
              </w:rPr>
              <w:t>[Aufgabe]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1"/>
              </w:rPr>
              <w:t>[Name]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1"/>
              </w:rPr>
              <w:t>[TT.MM.JJJJ]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1"/>
              </w:rPr>
              <w:t>[Status]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1"/>
              </w:rPr>
              <w:t>3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1"/>
              </w:rPr>
              <w:t>[Aufgabe]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1"/>
              </w:rPr>
              <w:t>[Name]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1"/>
              </w:rPr>
              <w:t>[TT.MM.JJJJ]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1"/>
              </w:rPr>
              <w:t>[Status]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1"/>
              </w:rPr>
              <w:t>4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1"/>
              </w:rPr>
              <w:t>[Aufgabe]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1"/>
              </w:rPr>
              <w:t>[Name]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1"/>
              </w:rPr>
              <w:t>[TT.MM.JJJJ]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1"/>
              </w:rPr>
              <w:t>[Status]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1"/>
              </w:rPr>
              <w:t>5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1"/>
              </w:rPr>
              <w:t>[Aufgabe]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1"/>
              </w:rPr>
              <w:t>[Name]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1"/>
              </w:rPr>
              <w:t>[TT.MM.JJJJ]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1"/>
              </w:rPr>
              <w:t>[Status]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1"/>
              </w:rPr>
              <w:t>6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1"/>
              </w:rPr>
              <w:t>[Aufgabe]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1"/>
              </w:rPr>
              <w:t>[Name]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1"/>
              </w:rPr>
              <w:t>[TT.MM.JJJJ]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1"/>
              </w:rPr>
              <w:t>[Status]</w:t>
            </w:r>
          </w:p>
        </w:tc>
      </w:tr>
    </w:tbl>
    <w:p>
      <w:pPr>
        <w:spacing w:after="0" w:line="120" w:lineRule="exact"/>
      </w:pPr>
    </w:p>
    <w:p>
      <w:pPr>
        <w:pStyle w:val="Heading1"/>
        <w:pBdr>
          <w:bottom w:val="single" w:sz="6" w:space="1" w:color="8B46C1"/>
        </w:pBdr>
      </w:pPr>
      <w:r>
        <w:t>Nächste Besprechung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Datum und Uhrzeit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[TT.MM.JJJJ], [Uhrzeit]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Ort / Online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[Raum oder Link]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4F4"/>
          </w:tcPr>
          <w:p>
            <w:pPr>
              <w:spacing w:after="40"/>
            </w:pPr>
            <w:r/>
            <w:r>
              <w:rPr>
                <w:b/>
                <w:sz w:val="21"/>
              </w:rPr>
              <w:t>Vorläufige Themen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21"/>
              </w:rPr>
              <w:t>[Thema]; [Thema]</w:t>
            </w:r>
          </w:p>
        </w:tc>
      </w:tr>
    </w:tbl>
    <w:p>
      <w:pPr>
        <w:spacing w:after="0" w:line="120" w:lineRule="exact"/>
      </w:pPr>
    </w:p>
    <w:p>
      <w:pPr>
        <w:pStyle w:val="Heading1"/>
        <w:pBdr>
          <w:bottom w:val="single" w:sz="6" w:space="1" w:color="8B46C1"/>
        </w:pBdr>
      </w:pPr>
      <w:r>
        <w:t>Verteiler</w:t>
      </w:r>
    </w:p>
    <w:p>
      <w:pPr>
        <w:spacing w:after="80"/>
      </w:pPr>
      <w:r>
        <w:rPr/>
        <w:t>[Alle Teilnehmenden]; [Abwesende]; [weitere Empfängerinnen und Empfänger, z. B. Bereichsleitung]</w:t>
      </w:r>
    </w:p>
    <w:p>
      <w:pPr>
        <w:spacing w:after="80"/>
      </w:pPr>
      <w:r>
        <w:rPr/>
        <w:t>Versand am [TT.MM.JJJJ] per [E-Mail / Ablage im Projektordner: Pfad].</w:t>
      </w:r>
    </w:p>
    <w:p>
      <w:pPr>
        <w:pStyle w:val="Heading1"/>
        <w:pBdr>
          <w:bottom w:val="single" w:sz="6" w:space="1" w:color="8B46C1"/>
        </w:pBdr>
      </w:pPr>
      <w:r>
        <w:t>Freigabe</w:t>
      </w:r>
    </w:p>
    <w:p>
      <w:pPr>
        <w:spacing w:after="200"/>
      </w:pPr>
      <w:r>
        <w:rPr/>
        <w:t>Einwände oder Korrekturen bitte bis [TT.MM.JJJJ] an [Name, E-Mail]. Ohne Rückmeldung bis zu diesem Datum gilt das Protokoll als [angenommen / in der nächsten Besprechung zu genehmigen].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4535"/>
            <w:shd w:val="clear" w:color="auto" w:fill="EDE4F5"/>
          </w:tcPr>
          <w:p>
            <w:pPr>
              <w:keepNext/>
              <w:spacing w:after="40"/>
            </w:pPr>
            <w:r/>
            <w:r>
              <w:rPr>
                <w:b/>
                <w:sz w:val="21"/>
              </w:rPr>
              <w:t>Protokollführung</w:t>
            </w:r>
          </w:p>
        </w:tc>
        <w:tc>
          <w:tcPr>
            <w:tcW w:type="dxa" w:w="4535"/>
            <w:shd w:val="clear" w:color="auto" w:fill="EDE4F5"/>
          </w:tcPr>
          <w:p>
            <w:pPr>
              <w:keepNext/>
              <w:spacing w:after="40"/>
            </w:pPr>
            <w:r/>
            <w:r>
              <w:rPr>
                <w:b/>
                <w:sz w:val="21"/>
              </w:rPr>
              <w:t>Leitung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keepNext/>
              <w:spacing w:after="40"/>
            </w:pPr>
            <w:r/>
            <w:r>
              <w:rPr>
                <w:sz w:val="21"/>
              </w:rPr>
              <w:t>[Name]</w:t>
            </w:r>
          </w:p>
        </w:tc>
        <w:tc>
          <w:tcPr>
            <w:tcW w:type="dxa" w:w="4535"/>
          </w:tcPr>
          <w:p>
            <w:pPr>
              <w:keepNext/>
              <w:spacing w:after="40"/>
            </w:pPr>
            <w:r/>
            <w:r>
              <w:rPr>
                <w:sz w:val="21"/>
              </w:rPr>
              <w:t>[Name]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keepNext/>
              <w:spacing w:after="40"/>
            </w:pPr>
            <w:r/>
            <w:r>
              <w:rPr>
                <w:sz w:val="21"/>
              </w:rPr>
              <w:t>Ort, Datum: ____________________</w:t>
            </w:r>
          </w:p>
        </w:tc>
        <w:tc>
          <w:tcPr>
            <w:tcW w:type="dxa" w:w="4535"/>
          </w:tcPr>
          <w:p>
            <w:pPr>
              <w:keepNext/>
              <w:spacing w:after="40"/>
            </w:pPr>
            <w:r/>
            <w:r>
              <w:rPr>
                <w:sz w:val="21"/>
              </w:rPr>
              <w:t>Ort, Datum: ____________________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keepNext/>
              <w:spacing w:after="40"/>
            </w:pPr>
            <w:r/>
            <w:r>
              <w:rPr>
                <w:sz w:val="21"/>
              </w:rPr>
              <w:t>Unterschrift: ____________________</w:t>
            </w:r>
          </w:p>
        </w:tc>
        <w:tc>
          <w:tcPr>
            <w:tcW w:type="dxa" w:w="4535"/>
          </w:tcPr>
          <w:p>
            <w:pPr>
              <w:keepNext/>
              <w:spacing w:after="40"/>
            </w:pPr>
            <w:r/>
            <w:r>
              <w:rPr>
                <w:sz w:val="21"/>
              </w:rPr>
              <w:t>Unterschrift: ____________________</w:t>
            </w:r>
          </w:p>
        </w:tc>
      </w:tr>
    </w:tbl>
    <w:p>
      <w:pPr>
        <w:spacing w:after="0" w:line="120" w:lineRule="exact"/>
      </w:pPr>
    </w:p>
    <w:p>
      <w:pPr>
        <w:spacing w:after="0" w:before="280"/>
      </w:pPr>
      <w:r>
        <w:rPr>
          <w:color w:val="787878"/>
          <w:sz w:val="17"/>
        </w:rPr>
        <w:t>Vorlage von AudiosTranscribe (audiostranscribe.com), frei verwendbar und anpassbar. Ersetzen Sie alle Angaben in [eckigen Klammern] und löschen Sie nicht benötigte Zeilen. Gesetzliche, satzungsmäßige oder interne Vorgaben (z. B. für Gremiensitzungen) haben Vorrang vor dieser Vorlage.</w:t>
      </w:r>
    </w:p>
    <w:sectPr w:rsidR="00FC693F" w:rsidRPr="0006063C" w:rsidSect="00034616">
      <w:footerReference w:type="default" r:id="rId9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7"/>
      </w:rPr>
      <w:t xml:space="preserve">Besprechungsprotokoll [Titel], [Datum]   |   Seite </w:t>
    </w:r>
    <w:r>
      <w:rPr>
        <w:color w:val="787878"/>
        <w:sz w:val="17"/>
      </w:rPr>
      <w:fldChar w:fldCharType="begin"/>
    </w:r>
    <w:r>
      <w:rPr>
        <w:color w:val="787878"/>
        <w:sz w:val="17"/>
      </w:rPr>
      <w:instrText xml:space="preserve">PAGE</w:instrText>
    </w:r>
    <w:r>
      <w:rPr>
        <w:color w:val="787878"/>
        <w:sz w:val="17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6" w:space="1" w:color="8B46C1"/>
      </w:pBdr>
      <w:spacing w:before="200" w:after="120"/>
      <w:outlineLvl w:val="0"/>
    </w:pPr>
    <w:rPr>
      <w:rFonts w:ascii="Calibri" w:hAnsi="Calibri" w:eastAsia="Calibri" w:cs="Calibri"/>
      <w:b/>
      <w:bCs/>
      <w:i w:val="0"/>
      <w:color w:val="1E1E1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5B2C8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AudiosTranscribe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Besprechungsprotokoll Vorlage</dc:title>
  <dc:subject/>
  <dc:creator>AudiosTranscribe</dc:creator>
  <cp:keywords/>
  <dc:description/>
  <cp:lastModifiedBy>AudiosTranscribe</cp:lastModifiedBy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