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Association [NOM DE L'ASSOCIATION]</w:t>
      </w:r>
    </w:p>
    <w:p>
      <w:pPr>
        <w:jc w:val="center"/>
      </w:pPr>
      <w:r>
        <w:t>N° RNA : [W__________]   |   Siège : [ADRESSE DU SIÈGE SOCIAL]</w:t>
      </w:r>
    </w:p>
    <w:p/>
    <w:p>
      <w:pPr>
        <w:jc w:val="center"/>
      </w:pPr>
      <w:r>
        <w:rPr>
          <w:b/>
          <w:sz w:val="32"/>
        </w:rPr>
        <w:t>PROCÈS-VERBAL DE L'ASSEMBLÉE GÉNÉRALE</w:t>
        <w:br/>
        <w:t>[ORDINAIRE / EXTRAORDINAIRE]</w:t>
      </w:r>
    </w:p>
    <w:p>
      <w:pPr>
        <w:jc w:val="center"/>
      </w:pPr>
      <w:r>
        <w:t>Séance du [DATE]</w:t>
      </w:r>
    </w:p>
    <w:p>
      <w:r>
        <w:rPr>
          <w:i/>
          <w:sz w:val="20"/>
        </w:rPr>
        <w:t>Adaptez ce modèle aux règles de vos statuts.</w:t>
      </w:r>
    </w:p>
    <w:p>
      <w:r>
        <w:rPr>
          <w:b/>
          <w:sz w:val="26"/>
        </w:rPr>
        <w:t>1. DATE, LIEU ET CONVOCATION</w:t>
      </w:r>
    </w:p>
    <w:p>
      <w:r>
        <w:t>Le [JOUR] [MOIS] [ANNÉE], à [HEURE], les membres de l'association [NOM] se sont réunis en assemblée générale [ordinaire / extraordinaire] à [LIEU] (ou à distance via [OUTIL], si les statuts le permettent).</w:t>
      </w:r>
    </w:p>
    <w:p>
      <w:r>
        <w:t>Convocation adressée le [DATE DE CONVOCATION] par [MODE : courriel, courrier, affichage], conformément à l'article [__] des statuts.</w:t>
      </w:r>
    </w:p>
    <w:p>
      <w:r>
        <w:rPr>
          <w:b/>
          <w:sz w:val="26"/>
        </w:rPr>
        <w:t>2. FEUILLE DE PRÉSENCE ET QUORUM</w:t>
      </w:r>
    </w:p>
    <w:p>
      <w:r>
        <w:t>Membres ayant droit de vote : [__]</w:t>
      </w:r>
    </w:p>
    <w:p>
      <w:r>
        <w:t>Membres présents : [__]</w:t>
      </w:r>
    </w:p>
    <w:p>
      <w:r>
        <w:t>Membres représentés (pouvoirs) : [__]</w:t>
      </w:r>
    </w:p>
    <w:p>
      <w:r>
        <w:t>Total des voix : [__]</w:t>
      </w:r>
    </w:p>
    <w:p>
      <w:r>
        <w:t>Quorum prévu par les statuts : [__ OU « aucun »]. Le quorum est [ATTEINT / NON ATTEINT] ; l'assemblée [peut / ne peut pas] valablement délibérer.</w:t>
      </w:r>
    </w:p>
    <w:p>
      <w:r>
        <w:t>La feuille de présence émargée et les pouvoirs sont annexés au présent procès-verbal.</w:t>
      </w:r>
    </w:p>
    <w:p>
      <w:r>
        <w:rPr>
          <w:b/>
          <w:sz w:val="26"/>
        </w:rPr>
        <w:t>3. BUREAU DE SÉANCE</w:t>
      </w:r>
    </w:p>
    <w:p>
      <w:r>
        <w:t>Président(e) de séance : [NOM, FONCTION]</w:t>
      </w:r>
    </w:p>
    <w:p>
      <w:r>
        <w:t>Secrétaire de séance : [NOM, FONCTION]</w:t>
      </w:r>
    </w:p>
    <w:p>
      <w:r>
        <w:t>Scrutateur(s), le cas échéant : [NOM]</w:t>
      </w:r>
    </w:p>
    <w:p>
      <w:r>
        <w:rPr>
          <w:b/>
          <w:sz w:val="26"/>
        </w:rPr>
        <w:t>4. ORDRE DU JOUR</w:t>
      </w:r>
    </w:p>
    <w:p>
      <w:r>
        <w:t>1. [Rapport moral du président]</w:t>
      </w:r>
    </w:p>
    <w:p>
      <w:r>
        <w:t>2. [Rapport financier et approbation des comptes de l'exercice [ANNÉE]]</w:t>
      </w:r>
    </w:p>
    <w:p>
      <w:r>
        <w:t>3. [Élection / renouvellement des membres du conseil d'administration]</w:t>
      </w:r>
    </w:p>
    <w:p>
      <w:r>
        <w:t>4. [AUTRE POINT]</w:t>
      </w:r>
    </w:p>
    <w:p>
      <w:r>
        <w:t>5. Questions diverses</w:t>
      </w:r>
    </w:p>
    <w:p>
      <w:r>
        <w:rPr>
          <w:b/>
          <w:sz w:val="26"/>
        </w:rPr>
        <w:t>5. RÉSOLUTIONS</w:t>
      </w:r>
    </w:p>
    <w:p>
      <w:r>
        <w:rPr>
          <w:b/>
        </w:rPr>
        <w:t>Première résolution : [OBJET]</w:t>
      </w:r>
    </w:p>
    <w:p>
      <w:r>
        <w:t>Exposé : [RÉSUMÉ DE LA PRÉSENTATION ET DES ÉCHANGES]</w:t>
      </w:r>
    </w:p>
    <w:p>
      <w:r>
        <w:t>Texte de la résolution : « [TEXTE SOUMIS AU VOTE] »</w:t>
      </w:r>
    </w:p>
    <w:p>
      <w:r>
        <w:t>Vote :   Pour [__]      Contre [__]      Abstention [__]</w:t>
      </w:r>
    </w:p>
    <w:p>
      <w:r>
        <w:t>La résolution est [ADOPTÉE / REJETÉE].</w:t>
      </w:r>
    </w:p>
    <w:p>
      <w:r>
        <w:rPr>
          <w:b/>
        </w:rPr>
        <w:t>Deuxième résolution : [OBJET]</w:t>
      </w:r>
    </w:p>
    <w:p>
      <w:r>
        <w:t>Exposé : [RÉSUMÉ DE LA PRÉSENTATION ET DES ÉCHANGES]</w:t>
      </w:r>
    </w:p>
    <w:p>
      <w:r>
        <w:t>Texte de la résolution : « [TEXTE SOUMIS AU VOTE] »</w:t>
      </w:r>
    </w:p>
    <w:p>
      <w:r>
        <w:t>Vote :   Pour [__]      Contre [__]      Abstention [__]</w:t>
      </w:r>
    </w:p>
    <w:p>
      <w:r>
        <w:t>La résolution est [ADOPTÉE / REJETÉE].</w:t>
      </w:r>
    </w:p>
    <w:p>
      <w:r>
        <w:rPr>
          <w:b/>
        </w:rPr>
        <w:t>Troisième résolution : [OBJET]</w:t>
      </w:r>
    </w:p>
    <w:p>
      <w:r>
        <w:t>Exposé : [RÉSUMÉ DE LA PRÉSENTATION ET DES ÉCHANGES]</w:t>
      </w:r>
    </w:p>
    <w:p>
      <w:r>
        <w:t>Texte de la résolution : « [TEXTE SOUMIS AU VOTE] »</w:t>
      </w:r>
    </w:p>
    <w:p>
      <w:r>
        <w:t>Vote :   Pour [__]      Contre [__]      Abstention [__]</w:t>
      </w:r>
    </w:p>
    <w:p>
      <w:r>
        <w:t>La résolution est [ADOPTÉE / REJETÉE].</w:t>
      </w:r>
    </w:p>
    <w:p>
      <w:r>
        <w:t>[Ajoutez autant de résolutions que de points soumis au vote.]</w:t>
      </w:r>
    </w:p>
    <w:p>
      <w:r>
        <w:rPr>
          <w:b/>
          <w:sz w:val="26"/>
        </w:rPr>
        <w:t>6. QUESTIONS DIVERSES</w:t>
      </w:r>
    </w:p>
    <w:p>
      <w:r>
        <w:t>[POINTS ABORDÉS. Sauf disposition contraire des statuts, aucune décision n'est prise sur un point non inscrit à l'ordre du jour.]</w:t>
      </w:r>
    </w:p>
    <w:p>
      <w:r>
        <w:rPr>
          <w:b/>
          <w:sz w:val="26"/>
        </w:rPr>
        <w:t>7. CLÔTURE</w:t>
      </w:r>
    </w:p>
    <w:p>
      <w:r>
        <w:t>L'ordre du jour étant épuisé, le/la président(e) de séance lève la séance à [HEURE].</w:t>
      </w:r>
    </w:p>
    <w:p>
      <w:r>
        <w:t>De tout ce qui précède, il a été dressé le présent procès-verbal, signé par le/la président(e) et le/la secrétaire de séance.</w:t>
      </w:r>
    </w:p>
    <w:p/>
    <w:p>
      <w:r>
        <w:t>Fait à [VILLE], le [DATE]</w:t>
      </w:r>
    </w:p>
    <w:p/>
    <w:p>
      <w:r>
        <w:t>Le/la président(e) de séance</w:t>
        <w:tab/>
        <w:tab/>
        <w:tab/>
        <w:tab/>
        <w:t>Le/la secrétaire de séance</w:t>
      </w:r>
    </w:p>
    <w:p>
      <w:r>
        <w:t>[NOM]</w:t>
        <w:tab/>
        <w:tab/>
        <w:tab/>
        <w:tab/>
        <w:tab/>
        <w:tab/>
        <w:tab/>
        <w:t>[NOM]</w:t>
      </w:r>
    </w:p>
    <w:p>
      <w:r>
        <w:t>[SIGNATURE]</w:t>
        <w:tab/>
        <w:tab/>
        <w:tab/>
        <w:tab/>
        <w:tab/>
        <w:tab/>
        <w:t>[SIGNATURE]</w:t>
      </w:r>
    </w:p>
    <w:p/>
    <w:p>
      <w:r>
        <w:rPr>
          <w:b/>
          <w:sz w:val="26"/>
        </w:rPr>
        <w:t>ANNEXES</w:t>
      </w:r>
    </w:p>
    <w:p>
      <w:r>
        <w:t>Feuille de présence ; pouvoirs ; [rapports présentés ; comptes approuvés ; statuts modifiés le cas échéant].</w:t>
      </w:r>
    </w:p>
    <w:p/>
    <w:p>
      <w:r>
        <w:rPr>
          <w:i/>
          <w:sz w:val="20"/>
        </w:rPr>
        <w:t>Adaptez ce modèle aux règles de vos statuts.</w:t>
      </w:r>
    </w:p>
    <w:p>
      <w:r>
        <w:rPr>
          <w:i/>
          <w:color w:val="808080"/>
          <w:sz w:val="16"/>
        </w:rPr>
        <w:t>Modèle proposé par AudiosTranscribe, audiostranscribe.com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