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PROCÈS-VERBAL DE LA RÉUNION DU COMITÉ SOCIAL ET ÉCONOMIQUE</w:t>
      </w:r>
    </w:p>
    <w:p>
      <w:pPr>
        <w:jc w:val="center"/>
      </w:pPr>
      <w:r>
        <w:rPr>
          <w:sz w:val="24"/>
        </w:rPr>
        <w:t>[RAISON SOCIALE DE L'ENTREPRISE], [ÉTABLISSEMENT LE CAS ÉCHÉANT]</w:t>
      </w:r>
    </w:p>
    <w:p>
      <w:pPr>
        <w:jc w:val="center"/>
      </w:pPr>
      <w:r>
        <w:rPr/>
        <w:t>Réunion [ORDINAIRE / EXTRAORDINAIRE] du [DATE] à [HEURE]</w:t>
      </w:r>
    </w:p>
    <w:p/>
    <w:p>
      <w:r>
        <w:rPr>
          <w:b w:val="0"/>
        </w:rPr>
        <w:t>Le [DATE], à [HEURE], le comité social et économique de [RAISON SOCIALE] s'est réuni à [LIEU / EN VISIOCONFÉRENCE], sur convocation adressée le [DATE DE CONVOCATION] par [NOM DU PRÉSIDENT]. L'ordre du jour a été établi conjointement par le président et le secrétaire et communiqué aux membres le [DATE].</w:t>
      </w:r>
    </w:p>
    <w:p/>
    <w:p>
      <w:r>
        <w:rPr>
          <w:b/>
          <w:color w:val="1E1E1E"/>
          <w:sz w:val="24"/>
        </w:rPr>
        <w:t>Participants</w:t>
      </w:r>
    </w:p>
    <w:p>
      <w:r>
        <w:rPr>
          <w:b w:val="0"/>
        </w:rPr>
        <w:t>Présidence : [NOM], [FONCTION], représentant l'employeur</w:t>
      </w:r>
    </w:p>
    <w:p>
      <w:r>
        <w:rPr>
          <w:b w:val="0"/>
        </w:rPr>
        <w:t>Collaborateurs assistant le président (voix consultative) : [NOMS ET FONCTIONS, LE CAS ÉCHÉANT]</w:t>
      </w:r>
    </w:p>
    <w:p>
      <w:r>
        <w:rPr>
          <w:b w:val="0"/>
        </w:rPr>
        <w:t>Membres titulaires présents : [LISTE DES NOMS]</w:t>
      </w:r>
    </w:p>
    <w:p>
      <w:r>
        <w:rPr>
          <w:b w:val="0"/>
        </w:rPr>
        <w:t>Membres suppléants présents : [LISTE DES NOMS] (préciser le cas échéant quel titulaire absent chaque suppléant remplace)</w:t>
      </w:r>
    </w:p>
    <w:p>
      <w:r>
        <w:rPr>
          <w:b w:val="0"/>
        </w:rPr>
        <w:t>Membres absents excusés : [LISTE DES NOMS]</w:t>
      </w:r>
    </w:p>
    <w:p>
      <w:r>
        <w:rPr>
          <w:b w:val="0"/>
        </w:rPr>
        <w:t>Membres absents non excusés : [LISTE DES NOMS]</w:t>
      </w:r>
    </w:p>
    <w:p>
      <w:r>
        <w:rPr>
          <w:b w:val="0"/>
        </w:rPr>
        <w:t>Représentants syndicaux au CSE : [NOMS ET ORGANISATIONS]</w:t>
      </w:r>
    </w:p>
    <w:p>
      <w:r>
        <w:rPr>
          <w:b w:val="0"/>
        </w:rPr>
        <w:t>Invités (expert, médecin du travail, responsable sécurité, etc.) : [NOMS ET QUALITÉS, POINTS CONCERNÉS]</w:t>
      </w:r>
    </w:p>
    <w:p>
      <w:r>
        <w:rPr>
          <w:b w:val="0"/>
        </w:rPr>
        <w:t>Secrétaire du CSE : [NOM]          Trésorier : [NOM]</w:t>
      </w:r>
    </w:p>
    <w:p>
      <w:r>
        <w:rPr>
          <w:b w:val="0"/>
        </w:rPr>
        <w:t>Membres votants (titulaires et suppléants remplaçants) présents : [__]</w:t>
      </w:r>
    </w:p>
    <w:p/>
    <w:p>
      <w:r>
        <w:rPr>
          <w:b w:val="0"/>
        </w:rPr>
        <w:t>Enregistrement ou sténographie de la séance : [NON / OUI : ENREGISTREMENT / STÉNOGRAPHIE], décidé par [L'EMPLOYEUR / LA DÉLÉGATION DU PERSONNEL] (article D. 2315-27 du Code du travail). Les participants en ont été informés en début de séance.</w:t>
      </w:r>
    </w:p>
    <w:p>
      <w:r>
        <w:rPr>
          <w:b/>
          <w:color w:val="1E1E1E"/>
          <w:sz w:val="28"/>
        </w:rPr>
        <w:t>ORDRE DU JOUR</w:t>
      </w:r>
    </w:p>
    <w:p>
      <w:r>
        <w:rPr>
          <w:b w:val="0"/>
        </w:rPr>
        <w:t>1. Approbation du procès-verbal de la réunion du [DATE]</w:t>
      </w:r>
    </w:p>
    <w:p>
      <w:r>
        <w:rPr>
          <w:b w:val="0"/>
        </w:rPr>
        <w:t>2. Réponses motivées de l'employeur aux propositions de la réunion précédente</w:t>
      </w:r>
    </w:p>
    <w:p>
      <w:r>
        <w:rPr>
          <w:b w:val="0"/>
        </w:rPr>
        <w:t>3. Information-consultation sur [OBJET]</w:t>
      </w:r>
    </w:p>
    <w:p>
      <w:r>
        <w:rPr>
          <w:b w:val="0"/>
        </w:rPr>
        <w:t>4. Information sur [OBJET]</w:t>
      </w:r>
    </w:p>
    <w:p>
      <w:r>
        <w:rPr>
          <w:b w:val="0"/>
        </w:rPr>
        <w:t>5. [AUTRE POINT]</w:t>
      </w:r>
    </w:p>
    <w:p>
      <w:r>
        <w:rPr>
          <w:b w:val="0"/>
        </w:rPr>
        <w:t>6. Questions diverses</w:t>
      </w:r>
    </w:p>
    <w:p>
      <w:r>
        <w:rPr>
          <w:b/>
          <w:color w:val="1E1E1E"/>
          <w:sz w:val="28"/>
        </w:rPr>
        <w:t>POINTS TRAITÉS</w:t>
      </w:r>
    </w:p>
    <w:p>
      <w:r>
        <w:rPr>
          <w:b/>
          <w:color w:val="1E1E1E"/>
          <w:sz w:val="24"/>
        </w:rPr>
        <w:t>Point 1 : Approbation du procès-verbal de la réunion du [DATE]</w:t>
      </w:r>
    </w:p>
    <w:p>
      <w:r>
        <w:rPr>
          <w:b w:val="0"/>
        </w:rPr>
        <w:t>Modifications demandées : [AUCUNE / DÉTAIL DES CORRECTIONS DEMANDÉES ET PAR QUI]</w:t>
      </w:r>
    </w:p>
    <w:p>
      <w:r>
        <w:rPr>
          <w:b w:val="0"/>
        </w:rPr>
        <w:t>Vote : Pour [__]   Contre [__]   Abstentions [__]</w:t>
      </w:r>
    </w:p>
    <w:p>
      <w:r>
        <w:rPr>
          <w:b w:val="0"/>
        </w:rPr>
        <w:t>Résultat : le procès-verbal du [DATE] est [APPROUVÉ / APPROUVÉ SOUS RÉSERVE DES MODIFICATIONS CI-DESSUS / NON APPROUVÉ].</w:t>
      </w:r>
    </w:p>
    <w:p>
      <w:r>
        <w:rPr>
          <w:b/>
          <w:color w:val="1E1E1E"/>
          <w:sz w:val="24"/>
        </w:rPr>
        <w:t>Point 2 : Réponses motivées de l'employeur</w:t>
      </w:r>
    </w:p>
    <w:p>
      <w:r>
        <w:rPr>
          <w:b w:val="0"/>
        </w:rPr>
        <w:t>Proposition formulée lors de la réunion du [DATE] : [RAPPEL DE LA PROPOSITION]</w:t>
      </w:r>
    </w:p>
    <w:p>
      <w:r>
        <w:rPr>
          <w:b w:val="0"/>
        </w:rPr>
        <w:t>Décision motivée de l'employeur : [DÉCISION ET MOTIFS] (article L. 2315-34 du Code du travail)</w:t>
      </w:r>
    </w:p>
    <w:p>
      <w:r>
        <w:rPr>
          <w:b w:val="0"/>
        </w:rPr>
        <w:t>Réactions des élus : [RÉSUMÉ]</w:t>
      </w:r>
    </w:p>
    <w:p>
      <w:r>
        <w:rPr>
          <w:b/>
          <w:color w:val="1E1E1E"/>
          <w:sz w:val="24"/>
        </w:rPr>
        <w:t>Point 3 : Information-consultation sur [OBJET]</w:t>
      </w:r>
    </w:p>
    <w:p>
      <w:r>
        <w:rPr>
          <w:b w:val="0"/>
        </w:rPr>
        <w:t>Documents remis aux élus : [LISTE], transmis le [DATE] [ET/OU MIS À DISPOSITION DANS LA BDESE]</w:t>
      </w:r>
    </w:p>
    <w:p>
      <w:r>
        <w:rPr>
          <w:b w:val="0"/>
        </w:rPr>
        <w:t>Présentation : [NOM ET FONCTION DE L'INTERVENANT], [RÉSUMÉ DE LA PRÉSENTATION]</w:t>
      </w:r>
    </w:p>
    <w:p>
      <w:r>
        <w:rPr>
          <w:b w:val="0"/>
        </w:rPr>
        <w:t>Questions des élus et réponses de la direction : [QUESTION / RÉPONSE, EN ATTRIBUANT CHAQUE INTERVENTION]</w:t>
      </w:r>
    </w:p>
    <w:p>
      <w:r>
        <w:rPr>
          <w:b w:val="0"/>
        </w:rPr>
        <w:t>Résumé des débats : [RÉSUMÉ FIDÈLE DES POSITIONS EXPRIMÉES]</w:t>
      </w:r>
    </w:p>
    <w:p>
      <w:r>
        <w:rPr>
          <w:b w:val="0"/>
        </w:rPr>
        <w:t>Recours à un expert : [NON / OUI, DÉLIBÉRATION DU (DATE)]</w:t>
      </w:r>
    </w:p>
    <w:p>
      <w:r>
        <w:rPr>
          <w:b w:val="0"/>
        </w:rPr>
        <w:t>Avis du CSE : mode de scrutin [À MAIN LEVÉE / À BULLETIN SECRET]. Le président ne prend pas part au vote.</w:t>
      </w:r>
    </w:p>
    <w:p>
      <w:r>
        <w:rPr>
          <w:b w:val="0"/>
        </w:rPr>
        <w:t>Membres votants (titulaires et suppléants remplaçants) : [__]   Avis favorables [__]   Avis défavorables [__]   Abstentions [__]</w:t>
      </w:r>
    </w:p>
    <w:p>
      <w:r>
        <w:rPr>
          <w:b w:val="0"/>
        </w:rPr>
        <w:t>Résultat : le CSE rend un avis [FAVORABLE / DÉFAVORABLE / FAVORABLE AVEC RÉSERVES]. Texte de l'avis motivé : [TEXTE INTÉGRAL OU RENVOI À L'ANNEXE N°__]</w:t>
      </w:r>
    </w:p>
    <w:p>
      <w:r>
        <w:rPr>
          <w:b/>
          <w:color w:val="1E1E1E"/>
          <w:sz w:val="24"/>
        </w:rPr>
        <w:t>Point 4 : Information sur [OBJET]</w:t>
      </w:r>
    </w:p>
    <w:p>
      <w:r>
        <w:rPr>
          <w:b w:val="0"/>
        </w:rPr>
        <w:t>Présentation : [RÉSUMÉ]</w:t>
      </w:r>
    </w:p>
    <w:p>
      <w:r>
        <w:rPr>
          <w:b w:val="0"/>
        </w:rPr>
        <w:t>Échanges : [RÉSUMÉ DES QUESTIONS ET RÉPONSES]</w:t>
      </w:r>
    </w:p>
    <w:p>
      <w:r>
        <w:rPr>
          <w:b w:val="0"/>
        </w:rPr>
        <w:t>Suites annoncées par la direction : [ENGAGEMENT, RESPONSABLE, ÉCHÉANCE]</w:t>
      </w:r>
    </w:p>
    <w:p>
      <w:r>
        <w:rPr>
          <w:b/>
          <w:color w:val="1E1E1E"/>
          <w:sz w:val="24"/>
        </w:rPr>
        <w:t>Point 5 : [OBJET]</w:t>
      </w:r>
    </w:p>
    <w:p>
      <w:r>
        <w:rPr>
          <w:b w:val="0"/>
        </w:rPr>
        <w:t>[MÊME STRUCTURE : PRÉSENTATION, ÉCHANGES, DÉLIBÉRATION ÉVENTUELLE AVEC RÉSULTAT DU VOTE]</w:t>
      </w:r>
    </w:p>
    <w:p>
      <w:r>
        <w:rPr>
          <w:b/>
          <w:color w:val="1E1E1E"/>
          <w:sz w:val="24"/>
        </w:rPr>
        <w:t>Point 6 : Questions diverses</w:t>
      </w:r>
    </w:p>
    <w:p>
      <w:r>
        <w:rPr>
          <w:b w:val="0"/>
        </w:rPr>
        <w:t>[QUESTION, AUTEUR, RÉPONSE APPORTÉE OU ENGAGEMENT DE RÉPONSE]</w:t>
      </w:r>
    </w:p>
    <w:p>
      <w:r>
        <w:rPr>
          <w:b/>
          <w:color w:val="1E1E1E"/>
          <w:sz w:val="28"/>
        </w:rPr>
        <w:t>DÉCLARATIONS</w:t>
      </w:r>
    </w:p>
    <w:p>
      <w:r>
        <w:rPr>
          <w:b w:val="0"/>
        </w:rPr>
        <w:t>Déclaration de [NOM / ORGANISATION SYNDICALE / ÉLUS DE LA LISTE ...] sur le point [N°] : [TEXTE INTÉGRAL OU RENVOI À L'ANNEXE N°__]</w:t>
      </w:r>
    </w:p>
    <w:p>
      <w:r>
        <w:rPr>
          <w:b w:val="0"/>
        </w:rPr>
        <w:t>(Les déclarations sont consignées dans le procès-verbal, article L. 2315-34 du Code du travail.)</w:t>
      </w:r>
    </w:p>
    <w:p>
      <w:r>
        <w:rPr>
          <w:b/>
          <w:color w:val="1E1E1E"/>
          <w:sz w:val="28"/>
        </w:rPr>
        <w:t>PROPOSITIONS SOUMISES À L'EMPLOYEUR</w:t>
      </w:r>
    </w:p>
    <w:p>
      <w:r>
        <w:rPr>
          <w:b w:val="0"/>
        </w:rPr>
        <w:t>[PROPOSITION 1 : OBJET, AUTEUR]</w:t>
      </w:r>
    </w:p>
    <w:p>
      <w:r>
        <w:rPr>
          <w:b w:val="0"/>
        </w:rPr>
        <w:t>[PROPOSITION 2 : OBJET, AUTEUR]</w:t>
      </w:r>
    </w:p>
    <w:p>
      <w:r>
        <w:rPr>
          <w:b w:val="0"/>
        </w:rPr>
        <w:t>L'employeur fera connaître sa décision motivée lors de la réunion suivant la transmission du présent procès-verbal.</w:t>
      </w:r>
    </w:p>
    <w:p/>
    <w:p>
      <w:r>
        <w:rPr>
          <w:b/>
        </w:rPr>
        <w:t>L'ordre du jour étant épuisé, la séance est levée à [HEURE]. Prochaine réunion prévue le [DATE].</w:t>
      </w:r>
    </w:p>
    <w:p>
      <w:r>
        <w:rPr>
          <w:b/>
          <w:color w:val="1E1E1E"/>
          <w:sz w:val="28"/>
        </w:rPr>
        <w:t>ÉTABLISSEMENT, TRANSMISSION ET APPROBATION</w:t>
      </w:r>
    </w:p>
    <w:p>
      <w:r>
        <w:rPr>
          <w:b w:val="0"/>
        </w:rPr>
        <w:t>Procès-verbal établi par le secrétaire du CSE le [DATE].</w:t>
      </w:r>
    </w:p>
    <w:p>
      <w:r>
        <w:rPr>
          <w:b w:val="0"/>
        </w:rPr>
        <w:t>Délai applicable : [DÉLAI FIXÉ PAR L'ACCORD DU (DATE)] / à défaut d'accord : quinze jours suivant la réunion, ou avant la réunion suivante si elle a lieu dans ce délai (article D. 2315-26 du Code du travail).</w:t>
      </w:r>
    </w:p>
    <w:p>
      <w:r>
        <w:rPr>
          <w:b w:val="0"/>
        </w:rPr>
        <w:t>Transmis à l'employeur et aux membres du comité le [DATE], par [COURRIEL / REMISE EN MAIN PROPRE / OUTIL DE PARTAGE].</w:t>
      </w:r>
    </w:p>
    <w:p>
      <w:r>
        <w:rPr>
          <w:b w:val="0"/>
        </w:rPr>
        <w:t>Soumis à l'approbation du comité lors de la réunion du [DATE]. Résultat : [APPROUVÉ / APPROUVÉ AVEC MODIFICATIONS / NON APPROUVÉ].</w:t>
      </w:r>
    </w:p>
    <w:p>
      <w:r>
        <w:rPr>
          <w:b w:val="0"/>
        </w:rPr>
        <w:t>Affichage ou diffusion dans l'entreprise après adoption : [OUI / NON], selon les modalités du règlement intérieur (article L. 2315-35 du Code du travail), en excluant les informations présentées comme confidentielles par l'employeur.</w:t>
      </w:r>
    </w:p>
    <w:p/>
    <w:p/>
    <w:p>
      <w:r>
        <w:rPr>
          <w:b/>
        </w:rPr>
        <w:t>Signatures</w:t>
      </w:r>
    </w:p>
    <w:p>
      <w:r>
        <w:rPr>
          <w:b w:val="0"/>
        </w:rPr>
        <w:t>Le/la secrétaire du CSE : [NOM]          Date et signature :</w:t>
      </w:r>
    </w:p>
    <w:p/>
    <w:p>
      <w:r>
        <w:rPr>
          <w:b w:val="0"/>
        </w:rPr>
        <w:t>Le/la président(e) du CSE (si le règlement intérieur prévoit sa signature) : [NOM]          Date et signature :</w:t>
      </w:r>
    </w:p>
    <w:p/>
    <w:p>
      <w:r>
        <w:rPr>
          <w:b/>
          <w:color w:val="1E1E1E"/>
          <w:sz w:val="24"/>
        </w:rPr>
        <w:t>Annexes</w:t>
      </w:r>
    </w:p>
    <w:p>
      <w:r>
        <w:rPr>
          <w:b w:val="0"/>
        </w:rPr>
        <w:t>Annexe 1 : [TEXTE DE L'AVIS MOTIVÉ]</w:t>
      </w:r>
    </w:p>
    <w:p>
      <w:r>
        <w:rPr>
          <w:b w:val="0"/>
        </w:rPr>
        <w:t>Annexe 2 : [DÉCLARATION DE ...]</w:t>
      </w:r>
    </w:p>
    <w:p>
      <w:r>
        <w:rPr>
          <w:b w:val="0"/>
        </w:rPr>
        <w:t>Annexe 3 : [DOCUMENT PRÉSENTÉ EN SÉANCE, LE CAS ÉCHÉANT]</w:t>
      </w:r>
    </w:p>
    <w:p/>
    <w:p>
      <w:r>
        <w:rPr>
          <w:color w:val="787878"/>
          <w:sz w:val="16"/>
        </w:rPr>
        <w:t>Modèle fourni à titre indicatif pour un CSE d'entreprise d'au moins 50 salariés (articles L. 2315-34, L. 2315-35, D. 2315-26 et D. 2315-27 du Code du travail). À adapter à votre accord d'entreprise et à votre règlement intérieur, et à vérifier au regard des textes en vigueur. Source : AudiosTranscribe (audiostranscribe.com).</w:t>
      </w:r>
    </w:p>
    <w:sectPr w:rsidR="00FC693F" w:rsidRPr="0006063C" w:rsidSect="00034616">
      <w:pgSz w:w="11906" w:h="16838"/>
      <w:pgMar w:top="1247" w:right="1417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procès-verbal de réunion de CSE</dc:title>
  <dc:subject/>
  <dc:creator>AudiosTranscribe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