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PROCÈS-VERBAL DE LA SÉANCE DU CONSEIL MUNICIPAL</w:t>
      </w:r>
    </w:p>
    <w:p>
      <w:pPr>
        <w:jc w:val="center"/>
      </w:pPr>
      <w:r>
        <w:rPr>
          <w:sz w:val="24"/>
        </w:rPr>
        <w:t>Commune de [NOM DE LA COMMUNE]</w:t>
      </w:r>
    </w:p>
    <w:p>
      <w:pPr>
        <w:jc w:val="center"/>
      </w:pPr>
      <w:r>
        <w:rPr>
          <w:i/>
        </w:rPr>
        <w:t>Séance du [DATE] à [HEURE]</w:t>
      </w:r>
    </w:p>
    <w:p/>
    <w:p>
      <w:pPr>
        <w:spacing w:after="40"/>
      </w:pPr>
      <w:r>
        <w:rPr>
          <w:b w:val="0"/>
          <w:i w:val="0"/>
        </w:rPr>
        <w:t>L'an [ANNÉE], le [JOUR] [MOIS] à [HEURE], le conseil municipal de la commune de [NOM], régulièrement convoqué le [DATE DE CONVOCATION], s'est réuni à [LIEU], sous la présidence de [MAIRE OU PRÉSIDENT DE SÉANCE].</w:t>
      </w:r>
    </w:p>
    <w:p/>
    <w:p>
      <w:pPr>
        <w:spacing w:after="40"/>
      </w:pPr>
      <w:r>
        <w:rPr>
          <w:b w:val="0"/>
          <w:i w:val="0"/>
        </w:rPr>
        <w:t>Conseillers en exercice : [__]     Présents : [__]     Votants : [__]</w:t>
      </w:r>
    </w:p>
    <w:p>
      <w:pPr>
        <w:spacing w:after="40"/>
      </w:pPr>
      <w:r>
        <w:rPr>
          <w:b w:val="0"/>
          <w:i w:val="0"/>
        </w:rPr>
        <w:t>Quorum : [ATTEINT / NON ATTEINT] (le conseil peut valablement délibérer)</w:t>
      </w:r>
    </w:p>
    <w:p/>
    <w:p>
      <w:pPr>
        <w:spacing w:after="40"/>
      </w:pPr>
      <w:r>
        <w:rPr>
          <w:b w:val="0"/>
          <w:i w:val="0"/>
        </w:rPr>
        <w:t>Présents : [LISTE DES NOMS]</w:t>
      </w:r>
    </w:p>
    <w:p>
      <w:pPr>
        <w:spacing w:after="40"/>
      </w:pPr>
      <w:r>
        <w:rPr>
          <w:b w:val="0"/>
          <w:i w:val="0"/>
        </w:rPr>
        <w:t>Absents excusés : [LISTE]</w:t>
      </w:r>
    </w:p>
    <w:p>
      <w:pPr>
        <w:spacing w:after="40"/>
      </w:pPr>
      <w:r>
        <w:rPr>
          <w:b w:val="0"/>
          <w:i w:val="0"/>
        </w:rPr>
        <w:t>Procurations : [NOM] a donné procuration à [NOM]</w:t>
      </w:r>
    </w:p>
    <w:p>
      <w:pPr>
        <w:spacing w:after="40"/>
      </w:pPr>
      <w:r>
        <w:rPr>
          <w:b w:val="0"/>
          <w:i w:val="0"/>
        </w:rPr>
        <w:t>Secrétaire(s) de séance : [NOM] (désigné en application de l'article L2121-15 du CGCT)</w:t>
      </w:r>
    </w:p>
    <w:p>
      <w:pPr>
        <w:spacing w:before="200" w:after="80"/>
      </w:pPr>
      <w:r>
        <w:rPr>
          <w:b/>
          <w:color w:val="1E1E1E"/>
          <w:sz w:val="28"/>
        </w:rPr>
        <w:t>ORDRE DU JOUR</w:t>
      </w:r>
    </w:p>
    <w:p>
      <w:pPr>
        <w:spacing w:after="40"/>
      </w:pPr>
      <w:r>
        <w:rPr>
          <w:b w:val="0"/>
          <w:i w:val="0"/>
        </w:rPr>
        <w:t>1. [POINT 1]</w:t>
      </w:r>
    </w:p>
    <w:p>
      <w:pPr>
        <w:spacing w:after="40"/>
      </w:pPr>
      <w:r>
        <w:rPr>
          <w:b w:val="0"/>
          <w:i w:val="0"/>
        </w:rPr>
        <w:t>2. [POINT 2]</w:t>
      </w:r>
    </w:p>
    <w:p>
      <w:pPr>
        <w:spacing w:after="40"/>
      </w:pPr>
      <w:r>
        <w:rPr>
          <w:b w:val="0"/>
          <w:i w:val="0"/>
        </w:rPr>
        <w:t>3. [POINT 3]</w:t>
      </w:r>
    </w:p>
    <w:p>
      <w:pPr>
        <w:spacing w:before="200" w:after="80"/>
      </w:pPr>
      <w:r>
        <w:rPr>
          <w:b/>
          <w:color w:val="1E1E1E"/>
          <w:sz w:val="28"/>
        </w:rPr>
        <w:t>DÉLIBÉRATIONS</w:t>
      </w:r>
    </w:p>
    <w:p>
      <w:pPr>
        <w:spacing w:before="160" w:after="80"/>
      </w:pPr>
      <w:r>
        <w:rPr>
          <w:b/>
          <w:color w:val="1E1E1E"/>
          <w:sz w:val="24"/>
        </w:rPr>
        <w:t>Point 1 : [OBJET]</w:t>
      </w:r>
    </w:p>
    <w:p>
      <w:pPr>
        <w:spacing w:after="40"/>
      </w:pPr>
      <w:r>
        <w:rPr>
          <w:b w:val="0"/>
          <w:i w:val="0"/>
        </w:rPr>
        <w:t>Rapport / note de présentation : [RÉFÉRENCE OU RAPPORTEUR]</w:t>
      </w:r>
    </w:p>
    <w:p>
      <w:pPr>
        <w:spacing w:after="40"/>
      </w:pPr>
      <w:r>
        <w:rPr>
          <w:b w:val="0"/>
          <w:i w:val="0"/>
        </w:rPr>
        <w:t>Teneur des discussions : [RÉSUMÉ DES OPINIONS EXPRIMÉES]</w:t>
      </w:r>
    </w:p>
    <w:p>
      <w:pPr>
        <w:spacing w:after="40"/>
      </w:pPr>
      <w:r>
        <w:rPr>
          <w:b w:val="0"/>
          <w:i w:val="0"/>
        </w:rPr>
        <w:t>Demande de scrutin particulier : [OUI / NON]</w:t>
      </w:r>
    </w:p>
    <w:p>
      <w:pPr>
        <w:spacing w:after="40"/>
      </w:pPr>
      <w:r>
        <w:rPr>
          <w:b w:val="0"/>
          <w:i w:val="0"/>
        </w:rPr>
        <w:t>Délibération n° [____]</w:t>
      </w:r>
    </w:p>
    <w:p>
      <w:pPr>
        <w:spacing w:after="40"/>
      </w:pPr>
      <w:r>
        <w:rPr>
          <w:b w:val="0"/>
          <w:i w:val="0"/>
        </w:rPr>
        <w:t>Vote : Pour [__]   Contre [__]   Abstentions [__]</w:t>
      </w:r>
    </w:p>
    <w:p>
      <w:pPr>
        <w:spacing w:after="40"/>
      </w:pPr>
      <w:r>
        <w:rPr>
          <w:b w:val="0"/>
          <w:i w:val="0"/>
        </w:rPr>
        <w:t>Scrutin public (le cas échéant) : nom des votants et sens du vote : [____]</w:t>
      </w:r>
    </w:p>
    <w:p>
      <w:pPr>
        <w:spacing w:after="40"/>
      </w:pPr>
      <w:r>
        <w:rPr>
          <w:b w:val="0"/>
          <w:i w:val="0"/>
        </w:rPr>
        <w:t>Décision : [ADOPTÉE / REJETÉE]</w:t>
      </w:r>
    </w:p>
    <w:p>
      <w:pPr>
        <w:spacing w:before="160" w:after="80"/>
      </w:pPr>
      <w:r>
        <w:rPr>
          <w:b/>
          <w:color w:val="1E1E1E"/>
          <w:sz w:val="24"/>
        </w:rPr>
        <w:t>Point 2 : [OBJET]</w:t>
      </w:r>
    </w:p>
    <w:p>
      <w:pPr>
        <w:spacing w:after="40"/>
      </w:pPr>
      <w:r>
        <w:rPr>
          <w:b w:val="0"/>
          <w:i w:val="0"/>
        </w:rPr>
        <w:t>Rapport / note de présentation : [RÉFÉRENCE OU RAPPORTEUR]</w:t>
      </w:r>
    </w:p>
    <w:p>
      <w:pPr>
        <w:spacing w:after="40"/>
      </w:pPr>
      <w:r>
        <w:rPr>
          <w:b w:val="0"/>
          <w:i w:val="0"/>
        </w:rPr>
        <w:t>Teneur des discussions : [RÉSUMÉ DES OPINIONS EXPRIMÉES]</w:t>
      </w:r>
    </w:p>
    <w:p>
      <w:pPr>
        <w:spacing w:after="40"/>
      </w:pPr>
      <w:r>
        <w:rPr>
          <w:b w:val="0"/>
          <w:i w:val="0"/>
        </w:rPr>
        <w:t>Demande de scrutin particulier : [OUI / NON]</w:t>
      </w:r>
    </w:p>
    <w:p>
      <w:pPr>
        <w:spacing w:after="40"/>
      </w:pPr>
      <w:r>
        <w:rPr>
          <w:b w:val="0"/>
          <w:i w:val="0"/>
        </w:rPr>
        <w:t>Délibération n° [____]</w:t>
      </w:r>
    </w:p>
    <w:p>
      <w:pPr>
        <w:spacing w:after="40"/>
      </w:pPr>
      <w:r>
        <w:rPr>
          <w:b w:val="0"/>
          <w:i w:val="0"/>
        </w:rPr>
        <w:t>Vote : Pour [__]   Contre [__]   Abstentions [__]</w:t>
      </w:r>
    </w:p>
    <w:p>
      <w:pPr>
        <w:spacing w:after="40"/>
      </w:pPr>
      <w:r>
        <w:rPr>
          <w:b w:val="0"/>
          <w:i w:val="0"/>
        </w:rPr>
        <w:t>Scrutin public (le cas échéant) : nom des votants et sens du vote : [____]</w:t>
      </w:r>
    </w:p>
    <w:p>
      <w:pPr>
        <w:spacing w:after="40"/>
      </w:pPr>
      <w:r>
        <w:rPr>
          <w:b w:val="0"/>
          <w:i w:val="0"/>
        </w:rPr>
        <w:t>Décision : [ADOPTÉE / REJETÉE]</w:t>
      </w:r>
    </w:p>
    <w:p>
      <w:pPr>
        <w:spacing w:before="200" w:after="80"/>
      </w:pPr>
      <w:r>
        <w:rPr>
          <w:b/>
          <w:color w:val="1E1E1E"/>
          <w:sz w:val="28"/>
        </w:rPr>
        <w:t>QUESTIONS DIVERSES</w:t>
      </w:r>
    </w:p>
    <w:p>
      <w:pPr>
        <w:spacing w:after="40"/>
      </w:pPr>
      <w:r>
        <w:rPr>
          <w:b w:val="0"/>
          <w:i w:val="0"/>
        </w:rPr>
        <w:t>[LE CAS ÉCHÉANT]</w:t>
      </w:r>
    </w:p>
    <w:p/>
    <w:p>
      <w:pPr>
        <w:spacing w:after="40"/>
      </w:pPr>
      <w:r>
        <w:rPr>
          <w:b/>
          <w:i w:val="0"/>
        </w:rPr>
        <w:t>La séance est levée à [HEURE].</w:t>
      </w:r>
    </w:p>
    <w:p/>
    <w:p>
      <w:pPr>
        <w:spacing w:after="40"/>
      </w:pPr>
      <w:r>
        <w:rPr>
          <w:b w:val="0"/>
          <w:i/>
        </w:rPr>
        <w:t>Le présent procès-verbal sera soumis à l'approbation du conseil municipal lors de la séance suivante.</w:t>
      </w:r>
    </w:p>
    <w:p/>
    <w:p/>
    <w:p>
      <w:pPr>
        <w:spacing w:after="40"/>
      </w:pPr>
      <w:r>
        <w:rPr>
          <w:b w:val="0"/>
          <w:i w:val="0"/>
        </w:rPr>
        <w:t>Signatures</w:t>
      </w:r>
    </w:p>
    <w:p>
      <w:pPr>
        <w:spacing w:after="40"/>
      </w:pPr>
      <w:r>
        <w:rPr>
          <w:b w:val="0"/>
          <w:i w:val="0"/>
        </w:rPr>
        <w:t>Le Maire : [NOM]</w:t>
      </w:r>
    </w:p>
    <w:p>
      <w:pPr>
        <w:spacing w:after="40"/>
      </w:pPr>
      <w:r>
        <w:rPr>
          <w:b w:val="0"/>
          <w:i w:val="0"/>
        </w:rPr>
        <w:t>Le(s) secrétaire(s) de séance : [NOM]</w:t>
      </w:r>
    </w:p>
    <w:p/>
    <w:p>
      <w:r>
        <w:rPr>
          <w:i/>
          <w:color w:val="787878"/>
          <w:sz w:val="16"/>
        </w:rPr>
        <w:t>Modèle fourni à titre indicatif, conforme à l'article L2121-15 du CGCT (réforme du 1er juillet 2022). À adapter à votre commune et à vérifier au regard du texte en vigueur. Source : AudiosTranscribe (audiostranscribe.com).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