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2"/>
        </w:rPr>
        <w:t>EXTRAIT DU REGISTRE DES DÉLIBÉRATIONS</w:t>
        <w:br/>
        <w:t>DU CONSEIL MUNICIPAL</w:t>
      </w:r>
    </w:p>
    <w:p>
      <w:r>
        <w:t>Commune de [NOM DE LA COMMUNE]  —  Département de [DÉPARTEMENT]</w:t>
      </w:r>
    </w:p>
    <w:p>
      <w:r>
        <w:t>Séance du [DATE]  —  Délibération n° [ANNÉE]-[NUMÉRO]</w:t>
      </w:r>
    </w:p>
    <w:p>
      <w:r>
        <w:t>Objet : [OBJET DE LA DÉLIBÉRATION]</w:t>
      </w:r>
    </w:p>
    <w:p/>
    <w:p>
      <w:r>
        <w:t>L'an [ANNÉE], le [JOUR] [MOIS] à [HEURE], le conseil municipal, régulièrement convoqué le [DATE DE CONVOCATION], s'est réuni à [LIEU] sous la présidence de [NOM], Maire.</w:t>
      </w:r>
    </w:p>
    <w:p>
      <w:r>
        <w:t>Conseillers en exercice : [__]    Présents : [__]    Votants : [__] (dont [__] procurations)</w:t>
      </w:r>
    </w:p>
    <w:p>
      <w:r>
        <w:t>Présents : [LISTE DES NOMS]</w:t>
      </w:r>
    </w:p>
    <w:p>
      <w:r>
        <w:t>Absents excusés : [LISTE]  —  Procurations : [NOM] à [NOM]</w:t>
      </w:r>
    </w:p>
    <w:p>
      <w:r>
        <w:t>Secrétaire de séance : [NOM] (art. L2121-15 du CGCT)</w:t>
      </w:r>
    </w:p>
    <w:p>
      <w:r>
        <w:rPr>
          <w:b/>
          <w:sz w:val="26"/>
        </w:rPr>
        <w:t>VISAS ET MOTIFS</w:t>
      </w:r>
    </w:p>
    <w:p>
      <w:r>
        <w:t>Vu le Code général des collectivités territoriales, notamment son article [ARTICLE] ;</w:t>
      </w:r>
    </w:p>
    <w:p>
      <w:r>
        <w:t>Vu [TEXTE, DÉLIBÉRATION OU DOCUMENT DE RÉFÉRENCE] ;</w:t>
      </w:r>
    </w:p>
    <w:p>
      <w:r>
        <w:t>Considérant que [EXPOSÉ DES MOTIFS : contexte et justification de la décision] ;</w:t>
      </w:r>
    </w:p>
    <w:p>
      <w:r>
        <w:rPr>
          <w:b/>
          <w:sz w:val="26"/>
        </w:rPr>
        <w:t>DISPOSITIF</w:t>
      </w:r>
    </w:p>
    <w:p>
      <w:r>
        <w:t>Le conseil municipal, après en avoir délibéré :</w:t>
      </w:r>
    </w:p>
    <w:p>
      <w:r>
        <w:t>Article 1 : [DÉCISION PRINCIPALE]</w:t>
      </w:r>
    </w:p>
    <w:p>
      <w:r>
        <w:t>Article 2 : [MODALITÉS : crédits, autorisation de signer, etc.]</w:t>
      </w:r>
    </w:p>
    <w:p>
      <w:r>
        <w:t>Article 3 : Le Maire est chargé de l'exécution de la présente délibération.</w:t>
      </w:r>
    </w:p>
    <w:p>
      <w:r>
        <w:rPr>
          <w:b/>
          <w:sz w:val="26"/>
        </w:rPr>
        <w:t>VOTE</w:t>
      </w:r>
    </w:p>
    <w:p>
      <w:r>
        <w:t>Pour : [__]      Contre : [__]      Abstentions : [__]</w:t>
      </w:r>
    </w:p>
    <w:p>
      <w:r>
        <w:t>La délibération est [ADOPTÉE / REJETÉE].</w:t>
      </w:r>
    </w:p>
    <w:p/>
    <w:p>
      <w:r>
        <w:t>Fait à [COMMUNE], le [DATE]</w:t>
      </w:r>
    </w:p>
    <w:p>
      <w:r>
        <w:t>Le Maire, [NOM]                    Le/la secrétaire de séance, [NOM]</w:t>
      </w:r>
    </w:p>
    <w:p>
      <w:r>
        <w:rPr>
          <w:b/>
          <w:sz w:val="26"/>
        </w:rPr>
        <w:t>FORMALITÉS (à compléter après la séance)</w:t>
      </w:r>
    </w:p>
    <w:p>
      <w:r>
        <w:t>Transmise au représentant de l'État le : [DATE]   —   Publiée / affichée le : [DATE]</w:t>
      </w:r>
    </w:p>
    <w:p>
      <w:r>
        <w:t>La présente délibération est exécutoire après transmission au contrôle de légalité et publication.</w:t>
      </w:r>
    </w:p>
    <w:p>
      <w:r>
        <w:rPr>
          <w:i/>
          <w:sz w:val="18"/>
        </w:rPr>
        <w:t>Modèle fourni à titre indicatif (mentions usuelles d'une délibération, registre tenu en application des articles L2121-23 et R2121-9 du CGCT). À adapter à votre commune et à vérifier au regard des textes en vigueur. Source : AudiosTranscribe (audiostranscribe.com).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Modèle de délibération de conseil municipal</dc:title>
  <dc:subject>Extrait du registre des délibérations (art. L2121-23, R2121-9 CGCT)</dc:subject>
  <dc:creator>AudiosTranscribe</dc:creator>
  <cp:keywords>délibération, conseil municipal, registre des délibérations, mairie, CGCT, modèle Word</cp:keywords>
  <dc:description>Modèle gratuit fourni à titre indicatif par AudiosTranscribe. Guide et mise à jour : https://audiostranscribe.com/blog/deliberation-conseil-municipal/</dc:description>
  <cp:lastModifiedBy>AudiosTranscribe</cp:lastModifiedBy>
  <cp:revision>1</cp:revision>
  <dcterms:created xsi:type="dcterms:W3CDTF">2026-08-28T12:00:00Z</dcterms:created>
  <dcterms:modified xsi:type="dcterms:W3CDTF">2026-08-28T12:00:00Z</dcterms:modified>
  <cp:category>Collectivités territoriales</cp:category>
  <dc:language>fr-FR</dc:language>
</cp:coreProperties>
</file>